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A9D44" w14:textId="3240640F" w:rsidR="004B3B28" w:rsidRPr="009317F8" w:rsidRDefault="00DE0497" w:rsidP="004B3B28">
      <w:pPr>
        <w:jc w:val="center"/>
        <w:rPr>
          <w:rFonts w:ascii="BIZ UDPゴシック" w:eastAsia="BIZ UDPゴシック" w:hAnsi="BIZ UDPゴシック"/>
          <w:b/>
          <w:bCs/>
          <w:sz w:val="32"/>
          <w:szCs w:val="32"/>
          <w:lang w:eastAsia="ja-JP"/>
        </w:rPr>
      </w:pPr>
      <w:r w:rsidRPr="00DE0497">
        <w:rPr>
          <w:rFonts w:ascii="BIZ UDPゴシック" w:eastAsia="BIZ UDPゴシック" w:hAnsi="BIZ UDPゴシック"/>
          <w:noProof/>
          <w:color w:val="EE0000"/>
          <w:kern w:val="2"/>
          <w:sz w:val="21"/>
          <w:lang w:eastAsia="ja-JP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40A9E5" wp14:editId="715DF08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019175" cy="428625"/>
                <wp:effectExtent l="0" t="0" r="28575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65885" w14:textId="24CD1B67" w:rsidR="00DE0497" w:rsidRPr="00DE0497" w:rsidRDefault="00DE0497" w:rsidP="00DE049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DE0497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36"/>
                                <w:szCs w:val="36"/>
                                <w:lang w:eastAsia="ja-JP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0A9E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9.05pt;margin-top:.7pt;width:80.25pt;height:33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">
                <v:textbox>
                  <w:txbxContent>
                    <w:p w14:paraId="2F965885" w14:textId="24CD1B67" w:rsidR="00DE0497" w:rsidRPr="00DE0497" w:rsidRDefault="00DE0497" w:rsidP="00DE0497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EE0000"/>
                          <w:sz w:val="36"/>
                          <w:szCs w:val="36"/>
                        </w:rPr>
                      </w:pPr>
                      <w:r w:rsidRPr="00DE0497">
                        <w:rPr>
                          <w:rFonts w:ascii="BIZ UDPゴシック" w:eastAsia="BIZ UDPゴシック" w:hAnsi="BIZ UDPゴシック" w:hint="eastAsia"/>
                          <w:color w:val="EE0000"/>
                          <w:sz w:val="36"/>
                          <w:szCs w:val="36"/>
                          <w:lang w:eastAsia="ja-JP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3B28" w:rsidRPr="009317F8">
        <w:rPr>
          <w:rFonts w:ascii="BIZ UDPゴシック" w:eastAsia="BIZ UDPゴシック" w:hAnsi="BIZ UDPゴシック" w:hint="eastAsia"/>
          <w:b/>
          <w:bCs/>
          <w:sz w:val="32"/>
          <w:szCs w:val="32"/>
          <w:lang w:eastAsia="ja-JP"/>
        </w:rPr>
        <w:t>はちのへビジネスプランコンテスト202</w:t>
      </w:r>
      <w:r w:rsidR="00243671">
        <w:rPr>
          <w:rFonts w:ascii="BIZ UDPゴシック" w:eastAsia="BIZ UDPゴシック" w:hAnsi="BIZ UDPゴシック" w:hint="eastAsia"/>
          <w:b/>
          <w:bCs/>
          <w:sz w:val="32"/>
          <w:szCs w:val="32"/>
          <w:lang w:eastAsia="ja-JP"/>
        </w:rPr>
        <w:t>6</w:t>
      </w:r>
    </w:p>
    <w:p w14:paraId="2331AF90" w14:textId="4ED09065" w:rsidR="00FF3926" w:rsidRPr="009317F8" w:rsidRDefault="004B3B28" w:rsidP="004B3B28">
      <w:pPr>
        <w:jc w:val="center"/>
        <w:rPr>
          <w:rFonts w:ascii="BIZ UDPゴシック" w:eastAsia="BIZ UDPゴシック" w:hAnsi="BIZ UDPゴシック"/>
          <w:sz w:val="32"/>
          <w:szCs w:val="32"/>
          <w:lang w:eastAsia="zh-TW"/>
        </w:rPr>
      </w:pPr>
      <w:r w:rsidRPr="009317F8">
        <w:rPr>
          <w:rFonts w:ascii="BIZ UDPゴシック" w:eastAsia="BIZ UDPゴシック" w:hAnsi="BIZ UDPゴシック" w:hint="eastAsia"/>
          <w:sz w:val="32"/>
          <w:szCs w:val="32"/>
          <w:lang w:eastAsia="zh-TW"/>
        </w:rPr>
        <w:t>応募用紙</w:t>
      </w:r>
    </w:p>
    <w:p w14:paraId="27FC3CE5" w14:textId="39B74DF2" w:rsidR="004B3B28" w:rsidRPr="00DB00BD" w:rsidRDefault="004B3B28" w:rsidP="004B3B28">
      <w:pPr>
        <w:spacing w:after="0"/>
        <w:jc w:val="right"/>
        <w:rPr>
          <w:rFonts w:ascii="BIZ UDPゴシック" w:eastAsia="BIZ UDPゴシック" w:hAnsi="BIZ UDPゴシック"/>
          <w:lang w:eastAsia="zh-TW"/>
        </w:rPr>
      </w:pPr>
      <w:r w:rsidRPr="00DB00BD">
        <w:rPr>
          <w:rFonts w:ascii="BIZ UDPゴシック" w:eastAsia="BIZ UDPゴシック" w:hAnsi="BIZ UDPゴシック" w:hint="eastAsia"/>
          <w:lang w:eastAsia="zh-TW"/>
        </w:rPr>
        <w:t>提出日：</w:t>
      </w:r>
      <w:r w:rsidR="00CB7CEB">
        <w:rPr>
          <w:rFonts w:ascii="BIZ UDPゴシック" w:eastAsia="BIZ UDPゴシック" w:hAnsi="BIZ UDPゴシック" w:hint="eastAsia"/>
          <w:lang w:eastAsia="zh-TW"/>
        </w:rPr>
        <w:t>2026</w:t>
      </w:r>
      <w:r w:rsidRPr="00DB00BD">
        <w:rPr>
          <w:rFonts w:ascii="BIZ UDPゴシック" w:eastAsia="BIZ UDPゴシック" w:hAnsi="BIZ UDPゴシック" w:hint="eastAsia"/>
          <w:lang w:eastAsia="zh-TW"/>
        </w:rPr>
        <w:t>年</w:t>
      </w:r>
      <w:r w:rsidR="00CB7CEB">
        <w:rPr>
          <w:rFonts w:ascii="BIZ UDPゴシック" w:eastAsia="BIZ UDPゴシック" w:hAnsi="BIZ UDPゴシック" w:hint="eastAsia"/>
          <w:lang w:eastAsia="zh-TW"/>
        </w:rPr>
        <w:t>○○</w:t>
      </w:r>
      <w:r w:rsidRPr="00DB00BD">
        <w:rPr>
          <w:rFonts w:ascii="BIZ UDPゴシック" w:eastAsia="BIZ UDPゴシック" w:hAnsi="BIZ UDPゴシック" w:hint="eastAsia"/>
          <w:lang w:eastAsia="zh-TW"/>
        </w:rPr>
        <w:t>月</w:t>
      </w:r>
      <w:r w:rsidR="00CB7CEB">
        <w:rPr>
          <w:rFonts w:ascii="BIZ UDPゴシック" w:eastAsia="BIZ UDPゴシック" w:hAnsi="BIZ UDPゴシック" w:hint="eastAsia"/>
          <w:lang w:eastAsia="zh-TW"/>
        </w:rPr>
        <w:t>○○</w:t>
      </w:r>
      <w:r w:rsidRPr="00DB00BD">
        <w:rPr>
          <w:rFonts w:ascii="BIZ UDPゴシック" w:eastAsia="BIZ UDPゴシック" w:hAnsi="BIZ UDPゴシック" w:hint="eastAsia"/>
          <w:lang w:eastAsia="zh-TW"/>
        </w:rPr>
        <w:t>日</w:t>
      </w:r>
    </w:p>
    <w:p w14:paraId="679B5465" w14:textId="603E00FC" w:rsidR="00243671" w:rsidRDefault="00243671" w:rsidP="004B3B28">
      <w:pPr>
        <w:spacing w:after="0"/>
        <w:rPr>
          <w:rFonts w:ascii="BIZ UDPゴシック" w:eastAsia="BIZ UDPゴシック" w:hAnsi="BIZ UDPゴシック"/>
          <w:lang w:eastAsia="zh-TW"/>
        </w:rPr>
      </w:pPr>
    </w:p>
    <w:p w14:paraId="2D5A8B30" w14:textId="64844264" w:rsidR="00243671" w:rsidRDefault="00F77E7E" w:rsidP="004B3B28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１．</w:t>
      </w:r>
      <w:r w:rsidR="00243671">
        <w:rPr>
          <w:rFonts w:ascii="BIZ UDPゴシック" w:eastAsia="BIZ UDPゴシック" w:hAnsi="BIZ UDPゴシック" w:hint="eastAsia"/>
          <w:lang w:eastAsia="ja-JP"/>
        </w:rPr>
        <w:t>応募部門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243671" w14:paraId="5B0284A3" w14:textId="77777777" w:rsidTr="00113665">
        <w:trPr>
          <w:trHeight w:val="491"/>
        </w:trPr>
        <w:tc>
          <w:tcPr>
            <w:tcW w:w="4871" w:type="dxa"/>
            <w:vAlign w:val="center"/>
          </w:tcPr>
          <w:p w14:paraId="19A826DA" w14:textId="3C9BC7D4" w:rsidR="00243671" w:rsidRPr="00113665" w:rsidRDefault="00D4095A" w:rsidP="00F77E7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  <w:sz w:val="24"/>
                <w:szCs w:val="24"/>
                <w:bdr w:val="single" w:sz="4" w:space="0" w:color="auto"/>
                <w:lang w:eastAsia="ja-JP"/>
              </w:rPr>
              <w:t>✓</w:t>
            </w:r>
            <w:r w:rsidR="00243671" w:rsidRPr="00113665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実践・実行部門</w:t>
            </w:r>
          </w:p>
        </w:tc>
        <w:tc>
          <w:tcPr>
            <w:tcW w:w="4871" w:type="dxa"/>
            <w:vAlign w:val="center"/>
          </w:tcPr>
          <w:p w14:paraId="62E735A9" w14:textId="077D02A6" w:rsidR="00243671" w:rsidRPr="00113665" w:rsidRDefault="00243671" w:rsidP="00F77E7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113665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□アイデア部門</w:t>
            </w:r>
          </w:p>
        </w:tc>
      </w:tr>
    </w:tbl>
    <w:p w14:paraId="53808FF5" w14:textId="77777777" w:rsidR="00243671" w:rsidRDefault="00243671" w:rsidP="004B3B28">
      <w:pPr>
        <w:spacing w:after="0"/>
        <w:rPr>
          <w:rFonts w:ascii="BIZ UDPゴシック" w:eastAsia="BIZ UDPゴシック" w:hAnsi="BIZ UDPゴシック"/>
          <w:lang w:eastAsia="ja-JP"/>
        </w:rPr>
      </w:pPr>
    </w:p>
    <w:p w14:paraId="3E88C91C" w14:textId="44D01390" w:rsidR="00F77E7E" w:rsidRDefault="00F77E7E" w:rsidP="004B3B28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２．</w:t>
      </w:r>
      <w:r w:rsidR="00E712C2">
        <w:rPr>
          <w:rFonts w:ascii="BIZ UDPゴシック" w:eastAsia="BIZ UDPゴシック" w:hAnsi="BIZ UDPゴシック" w:hint="eastAsia"/>
          <w:lang w:eastAsia="ja-JP"/>
        </w:rPr>
        <w:t>応募者プロフィール</w:t>
      </w:r>
    </w:p>
    <w:tbl>
      <w:tblPr>
        <w:tblStyle w:val="afe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2020"/>
        <w:gridCol w:w="1524"/>
        <w:gridCol w:w="496"/>
        <w:gridCol w:w="922"/>
        <w:gridCol w:w="1098"/>
        <w:gridCol w:w="1311"/>
        <w:gridCol w:w="709"/>
      </w:tblGrid>
      <w:tr w:rsidR="00A417D9" w:rsidRPr="00284BF4" w14:paraId="48425CB7" w14:textId="77777777" w:rsidTr="00FF27C3">
        <w:trPr>
          <w:trHeight w:val="70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E8FF5E4" w14:textId="72B24FDB" w:rsidR="00A417D9" w:rsidRPr="00284BF4" w:rsidRDefault="00A417D9" w:rsidP="00A417D9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創業状況</w:t>
            </w:r>
          </w:p>
        </w:tc>
        <w:tc>
          <w:tcPr>
            <w:tcW w:w="8080" w:type="dxa"/>
            <w:gridSpan w:val="7"/>
            <w:vAlign w:val="center"/>
          </w:tcPr>
          <w:p w14:paraId="6C1F3376" w14:textId="77777777" w:rsidR="00A417D9" w:rsidRDefault="00A417D9" w:rsidP="00A417D9">
            <w:pPr>
              <w:spacing w:line="276" w:lineRule="auto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□事業化前（アイデア部門）</w:t>
            </w:r>
          </w:p>
          <w:p w14:paraId="04063373" w14:textId="586C2B8E" w:rsidR="00A417D9" w:rsidRDefault="00A417D9" w:rsidP="00A417D9">
            <w:pPr>
              <w:spacing w:line="276" w:lineRule="auto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bdr w:val="single" w:sz="4" w:space="0" w:color="auto"/>
                <w:lang w:eastAsia="zh-TW"/>
              </w:rPr>
              <w:t>✓</w:t>
            </w:r>
            <w:r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創業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予定（</w:t>
            </w:r>
            <w:r w:rsidRPr="00CB7CEB">
              <w:rPr>
                <w:rFonts w:ascii="BIZ UDPゴシック" w:eastAsia="BIZ UDPゴシック" w:hAnsi="BIZ UDPゴシック" w:hint="eastAsia"/>
                <w:color w:val="EE0000"/>
                <w:szCs w:val="21"/>
                <w:lang w:eastAsia="zh-TW"/>
              </w:rPr>
              <w:t xml:space="preserve">　令和8年　11月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）</w:t>
            </w:r>
          </w:p>
          <w:p w14:paraId="53D90930" w14:textId="7CF086BC" w:rsidR="00A417D9" w:rsidRPr="00284BF4" w:rsidRDefault="00A417D9" w:rsidP="00A417D9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□</w:t>
            </w: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創業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済み</w:t>
            </w: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 xml:space="preserve">　（□個人事業　　　□法人）</w:t>
            </w:r>
          </w:p>
        </w:tc>
      </w:tr>
      <w:tr w:rsidR="00284BF4" w:rsidRPr="00284BF4" w14:paraId="6CD0CD8A" w14:textId="77777777" w:rsidTr="00FF27C3">
        <w:trPr>
          <w:trHeight w:val="115"/>
          <w:jc w:val="center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34EBAFFF" w14:textId="77777777" w:rsidR="00284BF4" w:rsidRPr="00284BF4" w:rsidRDefault="00284BF4" w:rsidP="001907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法人名</w:t>
            </w:r>
            <w:proofErr w:type="spellEnd"/>
          </w:p>
          <w:p w14:paraId="50CBA978" w14:textId="77777777" w:rsidR="00284BF4" w:rsidRPr="00284BF4" w:rsidRDefault="00284BF4" w:rsidP="00190714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（</w:t>
            </w: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屋号</w:t>
            </w:r>
            <w:proofErr w:type="spellEnd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）</w:t>
            </w:r>
          </w:p>
        </w:tc>
        <w:tc>
          <w:tcPr>
            <w:tcW w:w="3544" w:type="dxa"/>
            <w:gridSpan w:val="2"/>
            <w:tcBorders>
              <w:bottom w:val="dotted" w:sz="4" w:space="0" w:color="auto"/>
            </w:tcBorders>
            <w:vAlign w:val="center"/>
          </w:tcPr>
          <w:p w14:paraId="303146A6" w14:textId="6E181C02" w:rsidR="00284BF4" w:rsidRPr="00284BF4" w:rsidRDefault="00D4095A" w:rsidP="00190714">
            <w:pPr>
              <w:rPr>
                <w:rFonts w:ascii="BIZ UDPゴシック" w:eastAsia="BIZ UDPゴシック" w:hAnsi="BIZ UDPゴシック"/>
                <w:szCs w:val="21"/>
              </w:rPr>
            </w:pPr>
            <w:proofErr w:type="spellStart"/>
            <w:r w:rsidRPr="00F36929">
              <w:rPr>
                <w:rFonts w:ascii="BIZ UDPゴシック" w:eastAsia="BIZ UDPゴシック" w:hAnsi="BIZ UDPゴシック"/>
                <w:color w:val="EE0000"/>
                <w:szCs w:val="21"/>
              </w:rPr>
              <w:t>八戸おかず便</w:t>
            </w:r>
            <w:proofErr w:type="spellEnd"/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6D7010EA" w14:textId="6BB3C386" w:rsidR="00F77E7E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学校名</w:t>
            </w:r>
            <w:proofErr w:type="spellEnd"/>
          </w:p>
        </w:tc>
        <w:tc>
          <w:tcPr>
            <w:tcW w:w="3118" w:type="dxa"/>
            <w:gridSpan w:val="3"/>
            <w:vAlign w:val="center"/>
          </w:tcPr>
          <w:p w14:paraId="7F45CD33" w14:textId="46A9048B" w:rsidR="00284BF4" w:rsidRPr="00F77E7E" w:rsidRDefault="00284BF4" w:rsidP="00190714">
            <w:pPr>
              <w:jc w:val="center"/>
              <w:rPr>
                <w:rFonts w:ascii="BIZ UDPゴシック" w:eastAsia="BIZ UDPゴシック" w:hAnsi="BIZ UDPゴシック"/>
                <w:sz w:val="21"/>
                <w:szCs w:val="20"/>
              </w:rPr>
            </w:pPr>
            <w:r w:rsidRPr="00F77E7E">
              <w:rPr>
                <w:rFonts w:ascii="BIZ UDPゴシック" w:eastAsia="BIZ UDPゴシック" w:hAnsi="BIZ UDPゴシック" w:hint="eastAsia"/>
                <w:sz w:val="18"/>
                <w:szCs w:val="16"/>
              </w:rPr>
              <w:t>（</w:t>
            </w:r>
            <w:proofErr w:type="spellStart"/>
            <w:r w:rsidRPr="00F77E7E">
              <w:rPr>
                <w:rFonts w:ascii="BIZ UDPゴシック" w:eastAsia="BIZ UDPゴシック" w:hAnsi="BIZ UDPゴシック" w:hint="eastAsia"/>
                <w:sz w:val="18"/>
                <w:szCs w:val="16"/>
              </w:rPr>
              <w:t>学生の場合のみ</w:t>
            </w:r>
            <w:proofErr w:type="spellEnd"/>
            <w:r w:rsidRPr="00F77E7E">
              <w:rPr>
                <w:rFonts w:ascii="BIZ UDPゴシック" w:eastAsia="BIZ UDPゴシック" w:hAnsi="BIZ UDPゴシック" w:hint="eastAsia"/>
                <w:sz w:val="18"/>
                <w:szCs w:val="16"/>
              </w:rPr>
              <w:t>）</w:t>
            </w:r>
          </w:p>
          <w:p w14:paraId="790EFAED" w14:textId="77777777" w:rsid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</w:p>
          <w:p w14:paraId="33DE28D2" w14:textId="77777777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</w:p>
        </w:tc>
      </w:tr>
      <w:tr w:rsidR="00284BF4" w:rsidRPr="00284BF4" w14:paraId="6903ABFD" w14:textId="77777777" w:rsidTr="00FF27C3">
        <w:trPr>
          <w:trHeight w:val="845"/>
          <w:jc w:val="center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216A0B64" w14:textId="77777777" w:rsidR="00284BF4" w:rsidRPr="00284BF4" w:rsidRDefault="00284BF4" w:rsidP="00190714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544" w:type="dxa"/>
            <w:gridSpan w:val="2"/>
            <w:tcBorders>
              <w:bottom w:val="dotted" w:sz="4" w:space="0" w:color="auto"/>
            </w:tcBorders>
            <w:vAlign w:val="center"/>
          </w:tcPr>
          <w:p w14:paraId="7C43B04D" w14:textId="09976D26" w:rsidR="00284BF4" w:rsidRPr="00F77E7E" w:rsidRDefault="00284BF4" w:rsidP="00284BF4">
            <w:pPr>
              <w:rPr>
                <w:rFonts w:ascii="BIZ UDPゴシック" w:eastAsia="BIZ UDPゴシック" w:hAnsi="BIZ UDPゴシック"/>
                <w:sz w:val="20"/>
                <w:szCs w:val="20"/>
                <w:lang w:eastAsia="ja-JP"/>
              </w:rPr>
            </w:pPr>
            <w:r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ja-JP"/>
              </w:rPr>
              <w:t>設立</w:t>
            </w:r>
            <w:r w:rsidR="00922F0A">
              <w:rPr>
                <w:rFonts w:ascii="BIZ UDPゴシック" w:eastAsia="BIZ UDPゴシック" w:hAnsi="BIZ UDPゴシック" w:hint="eastAsia"/>
                <w:sz w:val="20"/>
                <w:szCs w:val="20"/>
                <w:lang w:eastAsia="ja-JP"/>
              </w:rPr>
              <w:t>日：</w:t>
            </w:r>
            <w:r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ja-JP"/>
              </w:rPr>
              <w:t xml:space="preserve">　　</w:t>
            </w:r>
            <w:r w:rsidR="00FF27C3"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ja-JP"/>
              </w:rPr>
              <w:t xml:space="preserve">　</w:t>
            </w:r>
            <w:r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ja-JP"/>
              </w:rPr>
              <w:t xml:space="preserve">　　年　　</w:t>
            </w:r>
            <w:r w:rsidR="00FF27C3"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ja-JP"/>
              </w:rPr>
              <w:t xml:space="preserve">　</w:t>
            </w:r>
            <w:r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ja-JP"/>
              </w:rPr>
              <w:t xml:space="preserve">　月</w:t>
            </w:r>
            <w:r w:rsidR="00922F0A">
              <w:rPr>
                <w:rFonts w:ascii="BIZ UDPゴシック" w:eastAsia="BIZ UDPゴシック" w:hAnsi="BIZ UDPゴシック" w:hint="eastAsia"/>
                <w:sz w:val="20"/>
                <w:szCs w:val="20"/>
                <w:lang w:eastAsia="ja-JP"/>
              </w:rPr>
              <w:t xml:space="preserve">　　　日</w:t>
            </w:r>
          </w:p>
          <w:p w14:paraId="4BCF63EC" w14:textId="3724F5AB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>（個人</w:t>
            </w:r>
            <w:r w:rsidR="00922F0A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>事業</w:t>
            </w:r>
            <w:r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>：</w:t>
            </w:r>
            <w:r w:rsidR="00CB7CEB" w:rsidRPr="00CB7CEB"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  <w:lang w:eastAsia="zh-TW"/>
              </w:rPr>
              <w:t>令和8</w:t>
            </w:r>
            <w:r w:rsidRPr="00CB7CEB"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  <w:lang w:eastAsia="zh-TW"/>
              </w:rPr>
              <w:t>年</w:t>
            </w:r>
            <w:r w:rsidR="00CB7CEB" w:rsidRPr="00CB7CEB"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  <w:lang w:eastAsia="zh-TW"/>
              </w:rPr>
              <w:t>11</w:t>
            </w:r>
            <w:r w:rsidRPr="00CB7CEB"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  <w:lang w:eastAsia="zh-TW"/>
              </w:rPr>
              <w:t>月</w:t>
            </w:r>
            <w:r w:rsidR="00CB7CEB" w:rsidRPr="00CB7CEB"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  <w:lang w:eastAsia="zh-TW"/>
              </w:rPr>
              <w:t>予定</w:t>
            </w:r>
            <w:r w:rsidRPr="00F77E7E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6E392894" w14:textId="1AF3E5A8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事業HP等URL</w:t>
            </w:r>
            <w:proofErr w:type="spellEnd"/>
          </w:p>
        </w:tc>
        <w:tc>
          <w:tcPr>
            <w:tcW w:w="3118" w:type="dxa"/>
            <w:gridSpan w:val="3"/>
            <w:vAlign w:val="center"/>
          </w:tcPr>
          <w:p w14:paraId="21D6996C" w14:textId="5D08116C" w:rsidR="00284BF4" w:rsidRPr="00F77E7E" w:rsidRDefault="00284BF4" w:rsidP="00190714">
            <w:pPr>
              <w:rPr>
                <w:rFonts w:ascii="BIZ UDPゴシック" w:eastAsia="BIZ UDPゴシック" w:hAnsi="BIZ UDPゴシック"/>
                <w:sz w:val="16"/>
                <w:szCs w:val="16"/>
                <w:lang w:eastAsia="ja-JP"/>
              </w:rPr>
            </w:pPr>
            <w:r w:rsidRPr="00F77E7E">
              <w:rPr>
                <w:rFonts w:ascii="BIZ UDPゴシック" w:eastAsia="BIZ UDPゴシック" w:hAnsi="BIZ UDPゴシック" w:hint="eastAsia"/>
                <w:sz w:val="16"/>
                <w:szCs w:val="16"/>
                <w:lang w:eastAsia="ja-JP"/>
              </w:rPr>
              <w:t>事業ホームページやSNSなどのURL</w:t>
            </w:r>
          </w:p>
          <w:p w14:paraId="23A4EA82" w14:textId="77777777" w:rsidR="00284BF4" w:rsidRPr="00F77E7E" w:rsidRDefault="00284BF4" w:rsidP="00190714">
            <w:pPr>
              <w:rPr>
                <w:rFonts w:ascii="BIZ UDPゴシック" w:eastAsia="BIZ UDPゴシック" w:hAnsi="BIZ UDPゴシック"/>
                <w:sz w:val="18"/>
                <w:szCs w:val="18"/>
                <w:lang w:eastAsia="ja-JP"/>
              </w:rPr>
            </w:pPr>
          </w:p>
          <w:p w14:paraId="40C88E30" w14:textId="77777777" w:rsidR="00F77E7E" w:rsidRPr="00F77E7E" w:rsidRDefault="00F77E7E" w:rsidP="00190714">
            <w:pPr>
              <w:rPr>
                <w:rFonts w:ascii="BIZ UDPゴシック" w:eastAsia="BIZ UDPゴシック" w:hAnsi="BIZ UDPゴシック"/>
                <w:sz w:val="18"/>
                <w:szCs w:val="18"/>
                <w:lang w:eastAsia="ja-JP"/>
              </w:rPr>
            </w:pPr>
          </w:p>
        </w:tc>
      </w:tr>
      <w:tr w:rsidR="00284BF4" w:rsidRPr="00284BF4" w14:paraId="7EB1CE57" w14:textId="77777777" w:rsidTr="00FF27C3">
        <w:trPr>
          <w:trHeight w:val="115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4CE9FFF9" w14:textId="2A8BB536" w:rsidR="00284BF4" w:rsidRPr="00284BF4" w:rsidRDefault="00FF27C3" w:rsidP="00190714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DB00BD">
              <w:rPr>
                <w:rFonts w:ascii="BIZ UDPゴシック" w:eastAsia="BIZ UDPゴシック" w:hAnsi="BIZ UDPゴシック" w:hint="eastAsia"/>
                <w:lang w:eastAsia="zh-TW"/>
              </w:rPr>
              <w:t>事業所</w:t>
            </w:r>
            <w:r>
              <w:rPr>
                <w:rFonts w:ascii="BIZ UDPゴシック" w:eastAsia="BIZ UDPゴシック" w:hAnsi="BIZ UDPゴシック" w:hint="eastAsia"/>
                <w:lang w:eastAsia="zh-TW"/>
              </w:rPr>
              <w:t>所</w:t>
            </w:r>
            <w:r w:rsidRPr="00DB00BD">
              <w:rPr>
                <w:rFonts w:ascii="BIZ UDPゴシック" w:eastAsia="BIZ UDPゴシック" w:hAnsi="BIZ UDPゴシック" w:hint="eastAsia"/>
                <w:lang w:eastAsia="zh-TW"/>
              </w:rPr>
              <w:t>在地（予定地）</w:t>
            </w:r>
          </w:p>
        </w:tc>
        <w:tc>
          <w:tcPr>
            <w:tcW w:w="8080" w:type="dxa"/>
            <w:gridSpan w:val="7"/>
            <w:tcBorders>
              <w:bottom w:val="dotted" w:sz="4" w:space="0" w:color="auto"/>
            </w:tcBorders>
            <w:vAlign w:val="center"/>
          </w:tcPr>
          <w:p w14:paraId="480DBEFC" w14:textId="025DE5E5" w:rsidR="00284BF4" w:rsidRPr="00F36929" w:rsidRDefault="00284BF4" w:rsidP="00190714">
            <w:pPr>
              <w:rPr>
                <w:rFonts w:ascii="BIZ UDPゴシック" w:eastAsia="BIZ UDPゴシック" w:hAnsi="BIZ UDPゴシック"/>
                <w:color w:val="EE0000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（〒</w:t>
            </w:r>
            <w:r w:rsidR="00F36929"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○○〇</w:t>
            </w:r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-</w:t>
            </w:r>
            <w:r w:rsidR="00F36929"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○○○○</w:t>
            </w:r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）</w:t>
            </w:r>
          </w:p>
          <w:p w14:paraId="5264A6FB" w14:textId="6A31892B" w:rsidR="00284BF4" w:rsidRPr="00F36929" w:rsidRDefault="00F36929" w:rsidP="00190714">
            <w:pPr>
              <w:rPr>
                <w:rFonts w:ascii="BIZ UDPゴシック" w:eastAsia="BIZ UDPゴシック" w:hAnsi="BIZ UDPゴシック"/>
                <w:color w:val="EE0000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八戸市○○</w:t>
            </w:r>
          </w:p>
          <w:p w14:paraId="5689C75B" w14:textId="6AE6DE4C" w:rsidR="00284BF4" w:rsidRPr="00284BF4" w:rsidRDefault="00284BF4" w:rsidP="00284BF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</w:p>
        </w:tc>
      </w:tr>
      <w:tr w:rsidR="00284BF4" w:rsidRPr="00284BF4" w14:paraId="4D6D66E3" w14:textId="77777777" w:rsidTr="00F77E7E">
        <w:trPr>
          <w:trHeight w:val="341"/>
          <w:jc w:val="center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0645C91C" w14:textId="77777777" w:rsidR="00284BF4" w:rsidRPr="00284BF4" w:rsidRDefault="00284BF4" w:rsidP="00190714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代表者</w:t>
            </w:r>
            <w:proofErr w:type="spellEnd"/>
          </w:p>
        </w:tc>
        <w:tc>
          <w:tcPr>
            <w:tcW w:w="3544" w:type="dxa"/>
            <w:gridSpan w:val="2"/>
            <w:tcBorders>
              <w:bottom w:val="dotted" w:sz="4" w:space="0" w:color="auto"/>
            </w:tcBorders>
            <w:vAlign w:val="center"/>
          </w:tcPr>
          <w:p w14:paraId="3E40E10F" w14:textId="09883E50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 w:rsidRPr="00F77E7E">
              <w:rPr>
                <w:rFonts w:ascii="BIZ UDPゴシック" w:eastAsia="BIZ UDPゴシック" w:hAnsi="BIZ UDPゴシック" w:hint="eastAsia"/>
                <w:sz w:val="20"/>
                <w:szCs w:val="18"/>
                <w:lang w:eastAsia="ja-JP"/>
              </w:rPr>
              <w:t>（ふりがな）</w:t>
            </w:r>
            <w:r w:rsidR="00F36929">
              <w:rPr>
                <w:rFonts w:ascii="BIZ UDPゴシック" w:eastAsia="BIZ UDPゴシック" w:hAnsi="BIZ UDPゴシック" w:hint="eastAsia"/>
                <w:sz w:val="20"/>
                <w:szCs w:val="18"/>
                <w:lang w:eastAsia="ja-JP"/>
              </w:rPr>
              <w:t xml:space="preserve">　　</w:t>
            </w:r>
            <w:r w:rsidR="00F36929" w:rsidRPr="00F36929">
              <w:rPr>
                <w:rFonts w:ascii="BIZ UDPゴシック" w:eastAsia="BIZ UDPゴシック" w:hAnsi="BIZ UDPゴシック" w:hint="eastAsia"/>
                <w:color w:val="EE0000"/>
                <w:sz w:val="20"/>
                <w:szCs w:val="18"/>
                <w:lang w:eastAsia="ja-JP"/>
              </w:rPr>
              <w:t>はちのへはなこ</w:t>
            </w:r>
          </w:p>
        </w:tc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5A06C487" w14:textId="3182617B" w:rsidR="00284BF4" w:rsidRPr="00284BF4" w:rsidRDefault="00284BF4" w:rsidP="001907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生年月日・年齢</w:t>
            </w:r>
            <w:proofErr w:type="spellEnd"/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0AE6534" w14:textId="77777777" w:rsidR="00284BF4" w:rsidRPr="00284BF4" w:rsidRDefault="00284BF4" w:rsidP="001907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性別</w:t>
            </w:r>
            <w:proofErr w:type="spellEnd"/>
          </w:p>
        </w:tc>
      </w:tr>
      <w:tr w:rsidR="00284BF4" w:rsidRPr="00284BF4" w14:paraId="36AA547C" w14:textId="77777777" w:rsidTr="00FF27C3">
        <w:trPr>
          <w:trHeight w:val="660"/>
          <w:jc w:val="center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910FAFD" w14:textId="77777777" w:rsidR="00284BF4" w:rsidRPr="00284BF4" w:rsidRDefault="00284BF4" w:rsidP="00190714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</w:tcBorders>
            <w:vAlign w:val="center"/>
          </w:tcPr>
          <w:p w14:paraId="1B79A4AA" w14:textId="149E3944" w:rsidR="00284BF4" w:rsidRPr="00284BF4" w:rsidRDefault="00D4095A" w:rsidP="00190714">
            <w:pPr>
              <w:spacing w:beforeLines="50" w:before="120" w:afterLines="50" w:after="120"/>
              <w:rPr>
                <w:rFonts w:ascii="BIZ UDPゴシック" w:eastAsia="BIZ UDPゴシック" w:hAnsi="BIZ UDPゴシック"/>
                <w:szCs w:val="21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八戸</w:t>
            </w:r>
            <w:r w:rsidRPr="00F36929">
              <w:rPr>
                <w:rFonts w:ascii="BIZ UDPゴシック" w:eastAsia="BIZ UDPゴシック" w:hAnsi="BIZ UDPゴシック"/>
                <w:color w:val="EE0000"/>
                <w:szCs w:val="21"/>
              </w:rPr>
              <w:t xml:space="preserve"> </w:t>
            </w:r>
            <w:proofErr w:type="spellStart"/>
            <w:r w:rsidRPr="00F36929">
              <w:rPr>
                <w:rFonts w:ascii="BIZ UDPゴシック" w:eastAsia="BIZ UDPゴシック" w:hAnsi="BIZ UDPゴシック"/>
                <w:color w:val="EE0000"/>
                <w:szCs w:val="21"/>
              </w:rPr>
              <w:t>花子</w:t>
            </w:r>
            <w:proofErr w:type="spellEnd"/>
          </w:p>
        </w:tc>
        <w:tc>
          <w:tcPr>
            <w:tcW w:w="3827" w:type="dxa"/>
            <w:gridSpan w:val="4"/>
            <w:vAlign w:val="center"/>
          </w:tcPr>
          <w:p w14:paraId="24AEBED6" w14:textId="0C6FC3A9" w:rsidR="00284BF4" w:rsidRPr="00F36929" w:rsidRDefault="00FF27C3" w:rsidP="00FF27C3">
            <w:pPr>
              <w:jc w:val="center"/>
              <w:rPr>
                <w:rFonts w:ascii="BIZ UDPゴシック" w:eastAsia="BIZ UDPゴシック" w:hAnsi="BIZ UDPゴシック"/>
                <w:color w:val="EE0000"/>
                <w:szCs w:val="21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 xml:space="preserve">　　</w:t>
            </w:r>
            <w:r w:rsidR="00F36929"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○○</w:t>
            </w:r>
            <w:r w:rsidR="00284BF4" w:rsidRPr="00F36929">
              <w:rPr>
                <w:rFonts w:ascii="BIZ UDPゴシック" w:eastAsia="BIZ UDPゴシック" w:hAnsi="BIZ UDPゴシック" w:hint="eastAsia"/>
                <w:color w:val="EE0000"/>
                <w:szCs w:val="21"/>
              </w:rPr>
              <w:t>年</w:t>
            </w:r>
            <w:r w:rsidR="00F36929"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〇○</w:t>
            </w:r>
            <w:r w:rsidR="00284BF4" w:rsidRPr="00F36929">
              <w:rPr>
                <w:rFonts w:ascii="BIZ UDPゴシック" w:eastAsia="BIZ UDPゴシック" w:hAnsi="BIZ UDPゴシック" w:hint="eastAsia"/>
                <w:color w:val="EE0000"/>
                <w:szCs w:val="21"/>
              </w:rPr>
              <w:t>月</w:t>
            </w:r>
            <w:r w:rsidR="00F36929"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○○</w:t>
            </w:r>
            <w:r w:rsidR="00284BF4" w:rsidRPr="00F36929">
              <w:rPr>
                <w:rFonts w:ascii="BIZ UDPゴシック" w:eastAsia="BIZ UDPゴシック" w:hAnsi="BIZ UDPゴシック" w:hint="eastAsia"/>
                <w:color w:val="EE0000"/>
                <w:szCs w:val="21"/>
              </w:rPr>
              <w:t>日（</w:t>
            </w:r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 xml:space="preserve">　</w:t>
            </w:r>
            <w:r w:rsidR="00F36929"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○○</w:t>
            </w:r>
            <w:r w:rsidR="00284BF4" w:rsidRPr="00F36929">
              <w:rPr>
                <w:rFonts w:ascii="BIZ UDPゴシック" w:eastAsia="BIZ UDPゴシック" w:hAnsi="BIZ UDPゴシック" w:hint="eastAsia"/>
                <w:color w:val="EE0000"/>
                <w:szCs w:val="21"/>
              </w:rPr>
              <w:t xml:space="preserve">　歳）</w:t>
            </w:r>
          </w:p>
        </w:tc>
        <w:tc>
          <w:tcPr>
            <w:tcW w:w="709" w:type="dxa"/>
            <w:vAlign w:val="center"/>
          </w:tcPr>
          <w:p w14:paraId="5EDBF09B" w14:textId="5A2F9A9E" w:rsidR="00284BF4" w:rsidRPr="00F36929" w:rsidRDefault="00F36929" w:rsidP="00F36929">
            <w:pPr>
              <w:jc w:val="center"/>
              <w:rPr>
                <w:rFonts w:ascii="BIZ UDPゴシック" w:eastAsia="BIZ UDPゴシック" w:hAnsi="BIZ UDPゴシック"/>
                <w:color w:val="EE0000"/>
                <w:szCs w:val="21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女</w:t>
            </w:r>
          </w:p>
        </w:tc>
      </w:tr>
      <w:tr w:rsidR="00922F0A" w:rsidRPr="00284BF4" w14:paraId="655B2B3A" w14:textId="77777777" w:rsidTr="00604477">
        <w:trPr>
          <w:trHeight w:val="660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0947EBAF" w14:textId="59C51A01" w:rsidR="00922F0A" w:rsidRPr="00284BF4" w:rsidRDefault="00922F0A" w:rsidP="00922F0A">
            <w:pPr>
              <w:spacing w:beforeLines="50" w:before="120" w:afterLines="50" w:after="120"/>
              <w:jc w:val="center"/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代表者住所</w:t>
            </w:r>
          </w:p>
        </w:tc>
        <w:tc>
          <w:tcPr>
            <w:tcW w:w="8080" w:type="dxa"/>
            <w:gridSpan w:val="7"/>
            <w:tcBorders>
              <w:top w:val="dotted" w:sz="4" w:space="0" w:color="auto"/>
            </w:tcBorders>
            <w:vAlign w:val="center"/>
          </w:tcPr>
          <w:p w14:paraId="47210C5D" w14:textId="77777777" w:rsidR="00922F0A" w:rsidRPr="00F36929" w:rsidRDefault="00922F0A" w:rsidP="00922F0A">
            <w:pPr>
              <w:rPr>
                <w:rFonts w:ascii="BIZ UDPゴシック" w:eastAsia="BIZ UDPゴシック" w:hAnsi="BIZ UDPゴシック"/>
                <w:color w:val="EE0000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（〒○○〇-○○○○）</w:t>
            </w:r>
          </w:p>
          <w:p w14:paraId="59E42CE4" w14:textId="77777777" w:rsidR="00922F0A" w:rsidRPr="00F36929" w:rsidRDefault="00922F0A" w:rsidP="00922F0A">
            <w:pPr>
              <w:rPr>
                <w:rFonts w:ascii="BIZ UDPゴシック" w:eastAsia="BIZ UDPゴシック" w:hAnsi="BIZ UDPゴシック"/>
                <w:color w:val="EE0000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八戸市○○</w:t>
            </w:r>
          </w:p>
          <w:p w14:paraId="383BB352" w14:textId="77777777" w:rsidR="00922F0A" w:rsidRPr="00F36929" w:rsidRDefault="00922F0A" w:rsidP="00F36929">
            <w:pPr>
              <w:jc w:val="center"/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</w:pPr>
          </w:p>
        </w:tc>
      </w:tr>
      <w:tr w:rsidR="00284BF4" w:rsidRPr="00284BF4" w14:paraId="35C90569" w14:textId="77777777" w:rsidTr="00113665">
        <w:trPr>
          <w:trHeight w:val="466"/>
          <w:jc w:val="center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0C1E683A" w14:textId="77777777" w:rsidR="00113665" w:rsidRDefault="00284BF4" w:rsidP="00113665">
            <w:pPr>
              <w:jc w:val="center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電話番号</w:t>
            </w:r>
            <w:proofErr w:type="spellEnd"/>
          </w:p>
          <w:p w14:paraId="742448DF" w14:textId="1B98A0BD" w:rsidR="00113665" w:rsidRPr="00284BF4" w:rsidRDefault="00113665" w:rsidP="00113665">
            <w:pPr>
              <w:jc w:val="center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(どちらか)</w:t>
            </w:r>
          </w:p>
        </w:tc>
        <w:tc>
          <w:tcPr>
            <w:tcW w:w="3544" w:type="dxa"/>
            <w:gridSpan w:val="2"/>
            <w:vAlign w:val="center"/>
          </w:tcPr>
          <w:p w14:paraId="2F0C8C8C" w14:textId="77777777" w:rsidR="00284BF4" w:rsidRPr="00F77E7E" w:rsidRDefault="00284BF4" w:rsidP="00190714">
            <w:pPr>
              <w:rPr>
                <w:rFonts w:ascii="BIZ UDPゴシック" w:eastAsia="BIZ UDPゴシック" w:hAnsi="BIZ UDPゴシック"/>
                <w:sz w:val="20"/>
                <w:szCs w:val="18"/>
              </w:rPr>
            </w:pPr>
            <w:r w:rsidRPr="00F77E7E">
              <w:rPr>
                <w:rFonts w:ascii="BIZ UDPゴシック" w:eastAsia="BIZ UDPゴシック" w:hAnsi="BIZ UDPゴシック" w:hint="eastAsia"/>
                <w:sz w:val="20"/>
                <w:szCs w:val="18"/>
              </w:rPr>
              <w:t>TEL：</w:t>
            </w:r>
          </w:p>
        </w:tc>
        <w:tc>
          <w:tcPr>
            <w:tcW w:w="4536" w:type="dxa"/>
            <w:gridSpan w:val="5"/>
            <w:shd w:val="clear" w:color="auto" w:fill="D9D9D9" w:themeFill="background1" w:themeFillShade="D9"/>
            <w:vAlign w:val="center"/>
          </w:tcPr>
          <w:p w14:paraId="21F7AD88" w14:textId="08E175A4" w:rsidR="00284BF4" w:rsidRPr="00284BF4" w:rsidRDefault="00873230" w:rsidP="00873230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E</w:t>
            </w:r>
            <w:r w:rsidRPr="00284BF4">
              <w:rPr>
                <w:rFonts w:ascii="BIZ UDPゴシック" w:eastAsia="BIZ UDPゴシック" w:hAnsi="BIZ UDPゴシック"/>
                <w:szCs w:val="21"/>
                <w:lang w:eastAsia="ja-JP"/>
              </w:rPr>
              <w:t>-mail</w:t>
            </w:r>
            <w:r w:rsidRPr="00AA2A40">
              <w:rPr>
                <w:rFonts w:ascii="BIZ UDPゴシック" w:eastAsia="BIZ UDPゴシック" w:hAnsi="BIZ UDPゴシック" w:hint="eastAsia"/>
                <w:sz w:val="20"/>
                <w:szCs w:val="18"/>
                <w:lang w:eastAsia="ja-JP"/>
              </w:rPr>
              <w:t>(</w:t>
            </w:r>
            <w:r w:rsidRPr="00AA2A40">
              <w:rPr>
                <w:rFonts w:ascii="BIZ UDPゴシック" w:eastAsia="BIZ UDPゴシック" w:hAnsi="BIZ UDPゴシック"/>
                <w:b/>
                <w:bCs/>
                <w:sz w:val="20"/>
                <w:szCs w:val="18"/>
                <w:lang w:eastAsia="ja-JP"/>
              </w:rPr>
              <w:t>結果通知に必要なため、メールア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18"/>
                <w:lang w:eastAsia="ja-JP"/>
              </w:rPr>
              <w:t>ド</w:t>
            </w:r>
            <w:r w:rsidRPr="00AA2A40">
              <w:rPr>
                <w:rFonts w:ascii="BIZ UDPゴシック" w:eastAsia="BIZ UDPゴシック" w:hAnsi="BIZ UDPゴシック"/>
                <w:b/>
                <w:bCs/>
                <w:sz w:val="20"/>
                <w:szCs w:val="18"/>
                <w:lang w:eastAsia="ja-JP"/>
              </w:rPr>
              <w:t>レスを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18"/>
                <w:lang w:eastAsia="ja-JP"/>
              </w:rPr>
              <w:t>必ず</w:t>
            </w:r>
            <w:r w:rsidRPr="00AA2A40">
              <w:rPr>
                <w:rFonts w:ascii="BIZ UDPゴシック" w:eastAsia="BIZ UDPゴシック" w:hAnsi="BIZ UDPゴシック"/>
                <w:b/>
                <w:bCs/>
                <w:sz w:val="20"/>
                <w:szCs w:val="18"/>
                <w:lang w:eastAsia="ja-JP"/>
              </w:rPr>
              <w:t>ご記入ください</w:t>
            </w:r>
            <w:r w:rsidRPr="00AA2A40">
              <w:rPr>
                <w:rFonts w:ascii="BIZ UDPゴシック" w:eastAsia="BIZ UDPゴシック" w:hAnsi="BIZ UDPゴシック" w:hint="eastAsia"/>
                <w:sz w:val="20"/>
                <w:szCs w:val="18"/>
                <w:lang w:eastAsia="ja-JP"/>
              </w:rPr>
              <w:t>)</w:t>
            </w:r>
          </w:p>
        </w:tc>
      </w:tr>
      <w:tr w:rsidR="00284BF4" w:rsidRPr="00284BF4" w14:paraId="0462A1C0" w14:textId="77777777" w:rsidTr="00113665">
        <w:trPr>
          <w:trHeight w:val="558"/>
          <w:jc w:val="center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BE16029" w14:textId="77777777" w:rsidR="00284BF4" w:rsidRPr="00284BF4" w:rsidRDefault="00284BF4" w:rsidP="00190714">
            <w:pPr>
              <w:jc w:val="center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10330EFE" w14:textId="5D19C577" w:rsidR="00284BF4" w:rsidRPr="00F77E7E" w:rsidRDefault="00284BF4" w:rsidP="00190714">
            <w:pPr>
              <w:rPr>
                <w:rFonts w:ascii="BIZ UDPゴシック" w:eastAsia="BIZ UDPゴシック" w:hAnsi="BIZ UDPゴシック"/>
                <w:sz w:val="20"/>
                <w:szCs w:val="18"/>
                <w:lang w:eastAsia="ja-JP"/>
              </w:rPr>
            </w:pPr>
            <w:r w:rsidRPr="00F77E7E">
              <w:rPr>
                <w:rFonts w:ascii="BIZ UDPゴシック" w:eastAsia="BIZ UDPゴシック" w:hAnsi="BIZ UDPゴシック" w:hint="eastAsia"/>
                <w:sz w:val="20"/>
                <w:szCs w:val="18"/>
              </w:rPr>
              <w:t>携帯：</w:t>
            </w:r>
            <w:r w:rsidR="00F36929" w:rsidRPr="00F36929">
              <w:rPr>
                <w:rFonts w:ascii="BIZ UDPゴシック" w:eastAsia="BIZ UDPゴシック" w:hAnsi="BIZ UDPゴシック" w:hint="eastAsia"/>
                <w:color w:val="EE0000"/>
                <w:sz w:val="20"/>
                <w:szCs w:val="18"/>
                <w:lang w:eastAsia="ja-JP"/>
              </w:rPr>
              <w:t>090-○○○○-○○○○</w:t>
            </w:r>
          </w:p>
        </w:tc>
        <w:tc>
          <w:tcPr>
            <w:tcW w:w="4536" w:type="dxa"/>
            <w:gridSpan w:val="5"/>
            <w:vAlign w:val="center"/>
          </w:tcPr>
          <w:p w14:paraId="5F9F7BF0" w14:textId="38493889" w:rsidR="00284BF4" w:rsidRPr="00284BF4" w:rsidRDefault="00F36929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proofErr w:type="spellStart"/>
            <w:r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hachinohe</w:t>
            </w:r>
            <w:proofErr w:type="spellEnd"/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>@○○○○.com</w:t>
            </w:r>
          </w:p>
        </w:tc>
      </w:tr>
      <w:tr w:rsidR="00922F0A" w:rsidRPr="00284BF4" w14:paraId="06092EFC" w14:textId="77777777" w:rsidTr="005D3AFB">
        <w:trPr>
          <w:trHeight w:val="628"/>
          <w:jc w:val="center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4AEF240B" w14:textId="77777777" w:rsidR="00922F0A" w:rsidRDefault="00922F0A" w:rsidP="00190714">
            <w:pPr>
              <w:jc w:val="center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proofErr w:type="spellStart"/>
            <w:r w:rsidRPr="00284BF4">
              <w:rPr>
                <w:rFonts w:ascii="BIZ UDPゴシック" w:eastAsia="BIZ UDPゴシック" w:hAnsi="BIZ UDPゴシック" w:hint="eastAsia"/>
                <w:szCs w:val="21"/>
              </w:rPr>
              <w:t>共同提案者名</w:t>
            </w:r>
            <w:proofErr w:type="spellEnd"/>
          </w:p>
          <w:p w14:paraId="543DDA73" w14:textId="77777777" w:rsidR="00922F0A" w:rsidRDefault="00922F0A" w:rsidP="00190714">
            <w:pPr>
              <w:jc w:val="center"/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</w:p>
          <w:p w14:paraId="56E3E404" w14:textId="34F1D610" w:rsidR="00922F0A" w:rsidRPr="00284BF4" w:rsidRDefault="00922F0A" w:rsidP="00190714">
            <w:pPr>
              <w:jc w:val="center"/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所属（学校名）</w:t>
            </w:r>
          </w:p>
        </w:tc>
        <w:tc>
          <w:tcPr>
            <w:tcW w:w="2020" w:type="dxa"/>
            <w:vAlign w:val="center"/>
          </w:tcPr>
          <w:p w14:paraId="686C239A" w14:textId="77777777" w:rsidR="00922F0A" w:rsidRPr="00284BF4" w:rsidRDefault="00922F0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179EC275" w14:textId="77777777" w:rsidR="00922F0A" w:rsidRPr="00284BF4" w:rsidRDefault="00922F0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4096D17B" w14:textId="77777777" w:rsidR="00922F0A" w:rsidRPr="00284BF4" w:rsidRDefault="00922F0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7FAF602A" w14:textId="73AA542C" w:rsidR="00922F0A" w:rsidRPr="00284BF4" w:rsidRDefault="00922F0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922F0A" w:rsidRPr="00284BF4" w14:paraId="42B3A40E" w14:textId="77777777" w:rsidTr="00200CB5">
        <w:trPr>
          <w:trHeight w:val="628"/>
          <w:jc w:val="center"/>
        </w:trPr>
        <w:tc>
          <w:tcPr>
            <w:tcW w:w="1696" w:type="dxa"/>
            <w:vMerge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7D15B65" w14:textId="77777777" w:rsidR="00922F0A" w:rsidRPr="00284BF4" w:rsidRDefault="00922F0A" w:rsidP="00190714">
            <w:pPr>
              <w:jc w:val="center"/>
              <w:rPr>
                <w:rFonts w:ascii="BIZ UDPゴシック" w:eastAsia="BIZ UDPゴシック" w:hAnsi="BIZ UDPゴシック" w:hint="eastAsia"/>
                <w:szCs w:val="21"/>
              </w:rPr>
            </w:pPr>
          </w:p>
        </w:tc>
        <w:tc>
          <w:tcPr>
            <w:tcW w:w="2020" w:type="dxa"/>
            <w:vAlign w:val="center"/>
          </w:tcPr>
          <w:p w14:paraId="5B3530DE" w14:textId="77777777" w:rsidR="00922F0A" w:rsidRPr="00284BF4" w:rsidRDefault="00922F0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22A09409" w14:textId="77777777" w:rsidR="00922F0A" w:rsidRPr="00284BF4" w:rsidRDefault="00922F0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055BD984" w14:textId="77777777" w:rsidR="00922F0A" w:rsidRPr="00284BF4" w:rsidRDefault="00922F0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55AC011D" w14:textId="1EDE8F89" w:rsidR="00922F0A" w:rsidRPr="00284BF4" w:rsidRDefault="00922F0A" w:rsidP="001907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84BF4" w:rsidRPr="00284BF4" w14:paraId="098289AE" w14:textId="77777777" w:rsidTr="00F77E7E">
        <w:trPr>
          <w:trHeight w:val="854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492A62F" w14:textId="602903EC" w:rsidR="00284BF4" w:rsidRPr="00284BF4" w:rsidRDefault="00284BF4" w:rsidP="00190714">
            <w:pPr>
              <w:jc w:val="center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応募経緯</w:t>
            </w:r>
            <w:r w:rsidR="00FF27C3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　　　</w:t>
            </w:r>
            <w:r w:rsidRPr="00284BF4">
              <w:rPr>
                <w:rFonts w:ascii="BIZ UDPゴシック" w:eastAsia="BIZ UDPゴシック" w:hAnsi="BIZ UDPゴシック" w:hint="eastAsia"/>
                <w:sz w:val="18"/>
                <w:szCs w:val="18"/>
                <w:lang w:eastAsia="zh-TW"/>
              </w:rPr>
              <w:t>（複数可）</w:t>
            </w:r>
          </w:p>
        </w:tc>
        <w:tc>
          <w:tcPr>
            <w:tcW w:w="8080" w:type="dxa"/>
            <w:gridSpan w:val="7"/>
            <w:vAlign w:val="center"/>
          </w:tcPr>
          <w:p w14:paraId="18FE4D97" w14:textId="7C77756C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□紹介者（　　　　　　　　　　　　　　　）</w:t>
            </w:r>
            <w:r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lang w:eastAsia="ja-JP"/>
              </w:rPr>
              <w:t xml:space="preserve">　</w:t>
            </w:r>
            <w:r w:rsidR="00D4095A" w:rsidRPr="00F36929">
              <w:rPr>
                <w:rFonts w:ascii="BIZ UDPゴシック" w:eastAsia="BIZ UDPゴシック" w:hAnsi="BIZ UDPゴシック" w:hint="eastAsia"/>
                <w:color w:val="EE0000"/>
                <w:szCs w:val="21"/>
                <w:bdr w:val="single" w:sz="4" w:space="0" w:color="auto"/>
                <w:lang w:eastAsia="ja-JP"/>
              </w:rPr>
              <w:t>✓</w:t>
            </w:r>
            <w:r w:rsidRPr="00284BF4">
              <w:rPr>
                <w:rFonts w:ascii="BIZ UDPゴシック" w:eastAsia="BIZ UDPゴシック" w:hAnsi="BIZ UDPゴシック"/>
                <w:szCs w:val="21"/>
                <w:lang w:eastAsia="ja-JP"/>
              </w:rPr>
              <w:t>WEB</w:t>
            </w: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サイト　□SNS</w:t>
            </w:r>
          </w:p>
          <w:p w14:paraId="6EF35EA3" w14:textId="0EB20057" w:rsidR="00284BF4" w:rsidRPr="00284BF4" w:rsidRDefault="00284BF4" w:rsidP="00190714">
            <w:pPr>
              <w:rPr>
                <w:rFonts w:ascii="BIZ UDPゴシック" w:eastAsia="BIZ UDPゴシック" w:hAnsi="BIZ UDPゴシック"/>
                <w:szCs w:val="21"/>
                <w:lang w:eastAsia="ja-JP"/>
              </w:rPr>
            </w:pPr>
            <w:r w:rsidRPr="00284BF4">
              <w:rPr>
                <w:rFonts w:ascii="BIZ UDPゴシック" w:eastAsia="BIZ UDPゴシック" w:hAnsi="BIZ UDPゴシック" w:hint="eastAsia"/>
                <w:szCs w:val="21"/>
                <w:lang w:eastAsia="ja-JP"/>
              </w:rPr>
              <w:t>□チラシ・ポスター　　□その他（　　　　　　　　　　　　　　　　）</w:t>
            </w:r>
          </w:p>
        </w:tc>
      </w:tr>
    </w:tbl>
    <w:p w14:paraId="036D977F" w14:textId="77777777" w:rsidR="00243671" w:rsidRDefault="00243671" w:rsidP="004B3B28">
      <w:pPr>
        <w:spacing w:after="0"/>
        <w:rPr>
          <w:rFonts w:ascii="BIZ UDPゴシック" w:eastAsia="BIZ UDPゴシック" w:hAnsi="BIZ UDPゴシック"/>
          <w:lang w:eastAsia="ja-JP"/>
        </w:rPr>
      </w:pPr>
    </w:p>
    <w:p w14:paraId="3525FC81" w14:textId="2C8186C5" w:rsidR="004B3B28" w:rsidRPr="00DB00BD" w:rsidRDefault="00F77E7E" w:rsidP="000D23EF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３</w:t>
      </w:r>
      <w:r w:rsidR="00804542">
        <w:rPr>
          <w:rFonts w:ascii="BIZ UDPゴシック" w:eastAsia="BIZ UDPゴシック" w:hAnsi="BIZ UDPゴシック" w:hint="eastAsia"/>
          <w:lang w:eastAsia="ja-JP"/>
        </w:rPr>
        <w:t>．</w:t>
      </w:r>
      <w:r>
        <w:rPr>
          <w:rFonts w:ascii="BIZ UDPゴシック" w:eastAsia="BIZ UDPゴシック" w:hAnsi="BIZ UDPゴシック" w:hint="eastAsia"/>
          <w:lang w:eastAsia="ja-JP"/>
        </w:rPr>
        <w:t xml:space="preserve">代表者　</w:t>
      </w:r>
      <w:r w:rsidR="000D23EF" w:rsidRPr="00DB00BD">
        <w:rPr>
          <w:rFonts w:ascii="BIZ UDPゴシック" w:eastAsia="BIZ UDPゴシック" w:hAnsi="BIZ UDPゴシック" w:hint="eastAsia"/>
          <w:lang w:eastAsia="ja-JP"/>
        </w:rPr>
        <w:t>略歴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547"/>
        <w:gridCol w:w="7195"/>
      </w:tblGrid>
      <w:tr w:rsidR="000D23EF" w:rsidRPr="00DB00BD" w14:paraId="2ECB05E3" w14:textId="77777777" w:rsidTr="00D4095A">
        <w:tc>
          <w:tcPr>
            <w:tcW w:w="2547" w:type="dxa"/>
            <w:shd w:val="clear" w:color="auto" w:fill="D9D9D9" w:themeFill="background1" w:themeFillShade="D9"/>
          </w:tcPr>
          <w:p w14:paraId="76DCC265" w14:textId="3C51ED54" w:rsidR="000D23EF" w:rsidRPr="00DB00BD" w:rsidRDefault="000D23EF" w:rsidP="000D23EF">
            <w:pPr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 w:rsidRPr="00DB00BD">
              <w:rPr>
                <w:rFonts w:ascii="BIZ UDPゴシック" w:eastAsia="BIZ UDPゴシック" w:hAnsi="BIZ UDPゴシック" w:hint="eastAsia"/>
                <w:lang w:eastAsia="ja-JP"/>
              </w:rPr>
              <w:t>年</w:t>
            </w:r>
            <w:r w:rsidR="00804542">
              <w:rPr>
                <w:rFonts w:ascii="BIZ UDPゴシック" w:eastAsia="BIZ UDPゴシック" w:hAnsi="BIZ UDPゴシック" w:hint="eastAsia"/>
                <w:lang w:eastAsia="ja-JP"/>
              </w:rPr>
              <w:t xml:space="preserve">　　</w:t>
            </w:r>
            <w:r w:rsidRPr="00DB00BD">
              <w:rPr>
                <w:rFonts w:ascii="BIZ UDPゴシック" w:eastAsia="BIZ UDPゴシック" w:hAnsi="BIZ UDPゴシック" w:hint="eastAsia"/>
                <w:lang w:eastAsia="ja-JP"/>
              </w:rPr>
              <w:t>月</w:t>
            </w:r>
          </w:p>
        </w:tc>
        <w:tc>
          <w:tcPr>
            <w:tcW w:w="7195" w:type="dxa"/>
            <w:shd w:val="clear" w:color="auto" w:fill="D9D9D9" w:themeFill="background1" w:themeFillShade="D9"/>
          </w:tcPr>
          <w:p w14:paraId="0E1AA224" w14:textId="5B1D6DAE" w:rsidR="000D23EF" w:rsidRPr="00DB00BD" w:rsidRDefault="000D23EF" w:rsidP="000D23EF">
            <w:pPr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 w:rsidRPr="00DB00BD">
              <w:rPr>
                <w:rFonts w:ascii="BIZ UDPゴシック" w:eastAsia="BIZ UDPゴシック" w:hAnsi="BIZ UDPゴシック" w:hint="eastAsia"/>
                <w:lang w:eastAsia="ja-JP"/>
              </w:rPr>
              <w:t>内</w:t>
            </w:r>
            <w:r w:rsidR="00804542">
              <w:rPr>
                <w:rFonts w:ascii="BIZ UDPゴシック" w:eastAsia="BIZ UDPゴシック" w:hAnsi="BIZ UDPゴシック" w:hint="eastAsia"/>
                <w:lang w:eastAsia="ja-JP"/>
              </w:rPr>
              <w:t xml:space="preserve">　</w:t>
            </w:r>
            <w:r w:rsidRPr="00DB00BD">
              <w:rPr>
                <w:rFonts w:ascii="BIZ UDPゴシック" w:eastAsia="BIZ UDPゴシック" w:hAnsi="BIZ UDPゴシック" w:hint="eastAsia"/>
                <w:lang w:eastAsia="ja-JP"/>
              </w:rPr>
              <w:t>容</w:t>
            </w:r>
          </w:p>
        </w:tc>
      </w:tr>
      <w:tr w:rsidR="000D23EF" w:rsidRPr="00DB00BD" w14:paraId="3395BCB0" w14:textId="77777777" w:rsidTr="00D4095A">
        <w:trPr>
          <w:trHeight w:val="567"/>
        </w:trPr>
        <w:tc>
          <w:tcPr>
            <w:tcW w:w="2547" w:type="dxa"/>
          </w:tcPr>
          <w:p w14:paraId="3DADA1E4" w14:textId="0386CAD0" w:rsidR="000D23EF" w:rsidRPr="00F36929" w:rsidRDefault="00D4095A" w:rsidP="00D4095A">
            <w:pPr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平成30年～令和5年</w:t>
            </w:r>
          </w:p>
        </w:tc>
        <w:tc>
          <w:tcPr>
            <w:tcW w:w="7195" w:type="dxa"/>
          </w:tcPr>
          <w:p w14:paraId="49288C28" w14:textId="6B6D4A0E" w:rsidR="000D23EF" w:rsidRPr="00F36929" w:rsidRDefault="00F36929" w:rsidP="004B3B28">
            <w:pPr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市内スーパーマーケット勤務（惣菜部門）</w:t>
            </w:r>
          </w:p>
        </w:tc>
      </w:tr>
      <w:tr w:rsidR="000D23EF" w:rsidRPr="00DB00BD" w14:paraId="5967BFF6" w14:textId="77777777" w:rsidTr="00D4095A">
        <w:trPr>
          <w:trHeight w:val="567"/>
        </w:trPr>
        <w:tc>
          <w:tcPr>
            <w:tcW w:w="2547" w:type="dxa"/>
          </w:tcPr>
          <w:p w14:paraId="127483D5" w14:textId="61E4E8B9" w:rsidR="000D23EF" w:rsidRPr="00F36929" w:rsidRDefault="00F36929" w:rsidP="00F36929">
            <w:pPr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令和5年～令和8年</w:t>
            </w:r>
          </w:p>
        </w:tc>
        <w:tc>
          <w:tcPr>
            <w:tcW w:w="7195" w:type="dxa"/>
          </w:tcPr>
          <w:p w14:paraId="1AF23854" w14:textId="708673D3" w:rsidR="000D23EF" w:rsidRPr="00F36929" w:rsidRDefault="00F36929" w:rsidP="004B3B28">
            <w:pPr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市内飲食店勤務（調理・接客）</w:t>
            </w:r>
          </w:p>
        </w:tc>
      </w:tr>
      <w:tr w:rsidR="000D23EF" w:rsidRPr="00DB00BD" w14:paraId="1F5926BF" w14:textId="77777777" w:rsidTr="00D4095A">
        <w:trPr>
          <w:trHeight w:val="567"/>
        </w:trPr>
        <w:tc>
          <w:tcPr>
            <w:tcW w:w="2547" w:type="dxa"/>
          </w:tcPr>
          <w:p w14:paraId="7C3C2B36" w14:textId="2631B269" w:rsidR="000D23EF" w:rsidRPr="00F36929" w:rsidRDefault="00F36929" w:rsidP="004B3B28">
            <w:pPr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lastRenderedPageBreak/>
              <w:t>令和8年～現在</w:t>
            </w:r>
          </w:p>
        </w:tc>
        <w:tc>
          <w:tcPr>
            <w:tcW w:w="7195" w:type="dxa"/>
          </w:tcPr>
          <w:p w14:paraId="2B52B792" w14:textId="73A46C33" w:rsidR="000D23EF" w:rsidRPr="00F36929" w:rsidRDefault="00F36929" w:rsidP="00F36929">
            <w:pPr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創業に向けた準備を開始</w:t>
            </w:r>
          </w:p>
        </w:tc>
      </w:tr>
      <w:tr w:rsidR="000D23EF" w:rsidRPr="00DB00BD" w14:paraId="7F3EC808" w14:textId="77777777" w:rsidTr="00D4095A">
        <w:trPr>
          <w:trHeight w:val="567"/>
        </w:trPr>
        <w:tc>
          <w:tcPr>
            <w:tcW w:w="2547" w:type="dxa"/>
          </w:tcPr>
          <w:p w14:paraId="3A302489" w14:textId="77777777" w:rsidR="000D23EF" w:rsidRPr="00DB00BD" w:rsidRDefault="000D23EF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7195" w:type="dxa"/>
          </w:tcPr>
          <w:p w14:paraId="63F6699E" w14:textId="77777777" w:rsidR="000D23EF" w:rsidRPr="00DB00BD" w:rsidRDefault="000D23EF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0D23EF" w:rsidRPr="00DB00BD" w14:paraId="62D85BE3" w14:textId="77777777" w:rsidTr="00D4095A">
        <w:trPr>
          <w:trHeight w:val="567"/>
        </w:trPr>
        <w:tc>
          <w:tcPr>
            <w:tcW w:w="2547" w:type="dxa"/>
          </w:tcPr>
          <w:p w14:paraId="268CE1DB" w14:textId="77777777" w:rsidR="000D23EF" w:rsidRPr="00DB00BD" w:rsidRDefault="000D23EF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7195" w:type="dxa"/>
          </w:tcPr>
          <w:p w14:paraId="05C14748" w14:textId="25EDA4D8" w:rsidR="000D23EF" w:rsidRPr="00DB00BD" w:rsidRDefault="000D23EF" w:rsidP="004B3B28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</w:tbl>
    <w:p w14:paraId="1ACCD83C" w14:textId="13B1D687" w:rsidR="000D23EF" w:rsidRDefault="000D23EF" w:rsidP="00EB0AE6">
      <w:pPr>
        <w:spacing w:line="240" w:lineRule="auto"/>
        <w:rPr>
          <w:rFonts w:ascii="BIZ UDPゴシック" w:eastAsia="BIZ UDPゴシック" w:hAnsi="BIZ UDPゴシック"/>
          <w:lang w:eastAsia="ja-JP"/>
        </w:rPr>
      </w:pPr>
    </w:p>
    <w:p w14:paraId="7CE79311" w14:textId="4728A706" w:rsidR="00ED3E19" w:rsidRPr="00DB00BD" w:rsidRDefault="00F77E7E" w:rsidP="00DB00BD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４</w:t>
      </w:r>
      <w:r w:rsidR="00804542">
        <w:rPr>
          <w:rFonts w:ascii="BIZ UDPゴシック" w:eastAsia="BIZ UDPゴシック" w:hAnsi="BIZ UDPゴシック" w:hint="eastAsia"/>
          <w:lang w:eastAsia="ja-JP"/>
        </w:rPr>
        <w:t>．</w:t>
      </w:r>
      <w:r w:rsidR="00ED3E19" w:rsidRPr="00DB00BD">
        <w:rPr>
          <w:rFonts w:ascii="BIZ UDPゴシック" w:eastAsia="BIZ UDPゴシック" w:hAnsi="BIZ UDPゴシック" w:hint="eastAsia"/>
          <w:lang w:eastAsia="ja-JP"/>
        </w:rPr>
        <w:t>プラン概要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904"/>
      </w:tblGrid>
      <w:tr w:rsidR="00340FDB" w:rsidRPr="00DB00BD" w14:paraId="22C7D170" w14:textId="77777777" w:rsidTr="00113665">
        <w:trPr>
          <w:trHeight w:val="803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5C524D9" w14:textId="77777777" w:rsidR="00340FDB" w:rsidRDefault="00340FDB" w:rsidP="00804542">
            <w:pPr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 w:rsidRPr="00DB00BD">
              <w:rPr>
                <w:rFonts w:ascii="BIZ UDPゴシック" w:eastAsia="BIZ UDPゴシック" w:hAnsi="BIZ UDPゴシック" w:hint="eastAsia"/>
                <w:lang w:eastAsia="ja-JP"/>
              </w:rPr>
              <w:t>プラン名称</w:t>
            </w:r>
          </w:p>
          <w:p w14:paraId="2697876B" w14:textId="645E5A4B" w:rsidR="00F77E7E" w:rsidRPr="00DB00BD" w:rsidRDefault="00F77E7E" w:rsidP="00804542">
            <w:pPr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(30字以内)</w:t>
            </w:r>
          </w:p>
        </w:tc>
        <w:tc>
          <w:tcPr>
            <w:tcW w:w="7904" w:type="dxa"/>
            <w:vAlign w:val="center"/>
          </w:tcPr>
          <w:p w14:paraId="1E32ED56" w14:textId="0E10D6CB" w:rsidR="00340FDB" w:rsidRPr="002D4695" w:rsidRDefault="002D4695" w:rsidP="00F23EBD">
            <w:pPr>
              <w:jc w:val="both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2D4695">
              <w:rPr>
                <w:rFonts w:ascii="BIZ UDPゴシック" w:eastAsia="BIZ UDPゴシック" w:hAnsi="BIZ UDPゴシック"/>
                <w:color w:val="EE0000"/>
                <w:lang w:eastAsia="ja-JP"/>
              </w:rPr>
              <w:t>八戸産食材を活用した地域密着型配食事業</w:t>
            </w:r>
          </w:p>
        </w:tc>
      </w:tr>
      <w:tr w:rsidR="00340FDB" w:rsidRPr="00DB00BD" w14:paraId="152A76B9" w14:textId="77777777" w:rsidTr="00113665">
        <w:trPr>
          <w:trHeight w:val="1341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983E857" w14:textId="77777777" w:rsidR="00340FDB" w:rsidRDefault="00F77E7E" w:rsidP="00804542">
            <w:pPr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プラン</w:t>
            </w:r>
            <w:r w:rsidR="00340FDB" w:rsidRPr="00DB00BD">
              <w:rPr>
                <w:rFonts w:ascii="BIZ UDPゴシック" w:eastAsia="BIZ UDPゴシック" w:hAnsi="BIZ UDPゴシック" w:hint="eastAsia"/>
                <w:lang w:eastAsia="ja-JP"/>
              </w:rPr>
              <w:t>概要</w:t>
            </w:r>
          </w:p>
          <w:p w14:paraId="16C85FF8" w14:textId="1888E426" w:rsidR="00F77E7E" w:rsidRPr="00DB00BD" w:rsidRDefault="00F77E7E" w:rsidP="00804542">
            <w:pPr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（２００字以内）</w:t>
            </w:r>
          </w:p>
        </w:tc>
        <w:tc>
          <w:tcPr>
            <w:tcW w:w="7904" w:type="dxa"/>
            <w:vAlign w:val="center"/>
          </w:tcPr>
          <w:p w14:paraId="20165E40" w14:textId="566D8396" w:rsidR="00340FDB" w:rsidRPr="00D91A67" w:rsidRDefault="00D91A67" w:rsidP="00F23EBD">
            <w:pPr>
              <w:jc w:val="both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D91A67">
              <w:rPr>
                <w:rFonts w:ascii="BIZ UDPゴシック" w:eastAsia="BIZ UDPゴシック" w:hAnsi="BIZ UDPゴシック"/>
                <w:color w:val="EE0000"/>
                <w:lang w:eastAsia="ja-JP"/>
              </w:rPr>
              <w:t>八戸産食材を活用した惣菜・弁当の製造販売と配達サービスを提供する。高齢者の買い物不便や食事確保の課題解決を図るとともに、地元農水産物の活用による地域内経済循環を促進し、地域住民が安心して暮らせるまちづくりに貢献する。</w:t>
            </w:r>
          </w:p>
        </w:tc>
      </w:tr>
    </w:tbl>
    <w:p w14:paraId="6E73A499" w14:textId="5CE77A73" w:rsidR="00ED3E19" w:rsidRDefault="00ED3E19" w:rsidP="00DB00BD">
      <w:pPr>
        <w:spacing w:after="0"/>
        <w:rPr>
          <w:rFonts w:ascii="BIZ UDPゴシック" w:eastAsia="BIZ UDPゴシック" w:hAnsi="BIZ UDPゴシック"/>
          <w:lang w:eastAsia="ja-JP"/>
        </w:rPr>
      </w:pPr>
    </w:p>
    <w:p w14:paraId="49BABA37" w14:textId="3519A9A1" w:rsidR="00ED3E19" w:rsidRPr="00DB00BD" w:rsidRDefault="00F77E7E" w:rsidP="00DB00BD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5</w:t>
      </w:r>
      <w:r w:rsidR="00804542">
        <w:rPr>
          <w:rFonts w:ascii="BIZ UDPゴシック" w:eastAsia="BIZ UDPゴシック" w:hAnsi="BIZ UDPゴシック" w:hint="eastAsia"/>
          <w:lang w:eastAsia="ja-JP"/>
        </w:rPr>
        <w:t>．</w:t>
      </w:r>
      <w:r w:rsidR="00ED3E19" w:rsidRPr="00DB00BD">
        <w:rPr>
          <w:rFonts w:ascii="BIZ UDPゴシック" w:eastAsia="BIZ UDPゴシック" w:hAnsi="BIZ UDPゴシック" w:hint="eastAsia"/>
          <w:lang w:eastAsia="ja-JP"/>
        </w:rPr>
        <w:t>プラン内容</w:t>
      </w:r>
    </w:p>
    <w:tbl>
      <w:tblPr>
        <w:tblStyle w:val="afe"/>
        <w:tblW w:w="4998" w:type="pct"/>
        <w:tblInd w:w="-5" w:type="dxa"/>
        <w:tblLook w:val="04A0" w:firstRow="1" w:lastRow="0" w:firstColumn="1" w:lastColumn="0" w:noHBand="0" w:noVBand="1"/>
      </w:tblPr>
      <w:tblGrid>
        <w:gridCol w:w="9738"/>
      </w:tblGrid>
      <w:tr w:rsidR="0040772F" w:rsidRPr="00CB7CEB" w14:paraId="0C3E2194" w14:textId="77777777" w:rsidTr="00804542">
        <w:trPr>
          <w:trHeight w:val="209"/>
        </w:trPr>
        <w:tc>
          <w:tcPr>
            <w:tcW w:w="5000" w:type="pct"/>
            <w:shd w:val="clear" w:color="auto" w:fill="D9D9D9" w:themeFill="background1" w:themeFillShade="D9"/>
          </w:tcPr>
          <w:p w14:paraId="59B83E62" w14:textId="033F22E1" w:rsidR="0040772F" w:rsidRPr="00DB00BD" w:rsidRDefault="009317F8" w:rsidP="000D23EF">
            <w:pPr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動機・</w:t>
            </w:r>
            <w:r w:rsidR="0040772F" w:rsidRPr="00DB00BD">
              <w:rPr>
                <w:rFonts w:ascii="BIZ UDPゴシック" w:eastAsia="BIZ UDPゴシック" w:hAnsi="BIZ UDPゴシック" w:hint="eastAsia"/>
                <w:lang w:eastAsia="ja-JP"/>
              </w:rPr>
              <w:t>着想の背景</w:t>
            </w:r>
            <w:r w:rsidR="00CB7CEB">
              <w:rPr>
                <w:rFonts w:ascii="BIZ UDPゴシック" w:eastAsia="BIZ UDPゴシック" w:hAnsi="BIZ UDPゴシック" w:hint="eastAsia"/>
                <w:lang w:eastAsia="ja-JP"/>
              </w:rPr>
              <w:t xml:space="preserve">　　　　　　　　　　　　　　　　　　　　　　　　</w:t>
            </w:r>
          </w:p>
        </w:tc>
      </w:tr>
      <w:tr w:rsidR="00AD30BA" w:rsidRPr="00DB00BD" w14:paraId="35CEC5F6" w14:textId="77777777" w:rsidTr="00675799">
        <w:trPr>
          <w:trHeight w:val="1956"/>
        </w:trPr>
        <w:tc>
          <w:tcPr>
            <w:tcW w:w="5000" w:type="pct"/>
          </w:tcPr>
          <w:p w14:paraId="3ED2BDF9" w14:textId="68ABEB8E" w:rsidR="00AD30BA" w:rsidRPr="00DB00BD" w:rsidRDefault="00675799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  <w:lang w:eastAsia="ja-JP"/>
              </w:rPr>
              <w:t>こ</w:t>
            </w: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の事業・アイデアを考えたきっかけや背景、解決したい課題、事業を始めようと考えた理由などを記載してください。</w:t>
            </w:r>
          </w:p>
        </w:tc>
      </w:tr>
      <w:tr w:rsidR="0040772F" w:rsidRPr="00DB00BD" w14:paraId="6482F447" w14:textId="77777777" w:rsidTr="00804542">
        <w:trPr>
          <w:trHeight w:val="247"/>
        </w:trPr>
        <w:tc>
          <w:tcPr>
            <w:tcW w:w="5000" w:type="pct"/>
            <w:shd w:val="clear" w:color="auto" w:fill="D9D9D9" w:themeFill="background1" w:themeFillShade="D9"/>
          </w:tcPr>
          <w:p w14:paraId="5FA5538B" w14:textId="488541D8" w:rsidR="0040772F" w:rsidRPr="00DB00BD" w:rsidRDefault="008469F4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8469F4">
              <w:rPr>
                <w:rFonts w:ascii="BIZ UDPゴシック" w:eastAsia="BIZ UDPゴシック" w:hAnsi="BIZ UDPゴシック"/>
                <w:lang w:eastAsia="ja-JP"/>
              </w:rPr>
              <w:t>顧客・市場・商品／サービス</w:t>
            </w:r>
            <w:r w:rsidR="00CB7CEB">
              <w:rPr>
                <w:rFonts w:ascii="BIZ UDPゴシック" w:eastAsia="BIZ UDPゴシック" w:hAnsi="BIZ UDPゴシック" w:hint="eastAsia"/>
                <w:lang w:eastAsia="ja-JP"/>
              </w:rPr>
              <w:t xml:space="preserve">　</w:t>
            </w:r>
          </w:p>
        </w:tc>
      </w:tr>
      <w:tr w:rsidR="00AD30BA" w:rsidRPr="00DB00BD" w14:paraId="63223456" w14:textId="77777777" w:rsidTr="00675799">
        <w:trPr>
          <w:trHeight w:val="1969"/>
        </w:trPr>
        <w:tc>
          <w:tcPr>
            <w:tcW w:w="5000" w:type="pct"/>
          </w:tcPr>
          <w:p w14:paraId="54B5F26D" w14:textId="5CD06275" w:rsidR="00AD30BA" w:rsidRPr="00675799" w:rsidRDefault="00675799">
            <w:pPr>
              <w:rPr>
                <w:rFonts w:ascii="BIZ UDPゴシック" w:eastAsia="BIZ UDPゴシック" w:hAnsi="BIZ UDPゴシック"/>
                <w:b/>
                <w:bCs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誰を顧客・利用者とし、どのようなニーズに対して、どのような商品・サービスを提供するのかを記載してください。また、市場の状況や競合、他の事業者・サービスとの違い、強み・独自性についても記載してください。</w:t>
            </w:r>
          </w:p>
        </w:tc>
      </w:tr>
      <w:tr w:rsidR="0040772F" w:rsidRPr="00DB00BD" w14:paraId="7897343C" w14:textId="77777777" w:rsidTr="00804542">
        <w:trPr>
          <w:trHeight w:val="276"/>
        </w:trPr>
        <w:tc>
          <w:tcPr>
            <w:tcW w:w="5000" w:type="pct"/>
            <w:shd w:val="clear" w:color="auto" w:fill="D9D9D9" w:themeFill="background1" w:themeFillShade="D9"/>
          </w:tcPr>
          <w:p w14:paraId="6CE7182C" w14:textId="43B15451" w:rsidR="0040772F" w:rsidRPr="00DB00BD" w:rsidRDefault="00675799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675799">
              <w:rPr>
                <w:rFonts w:ascii="BIZ UDPゴシック" w:eastAsia="BIZ UDPゴシック" w:hAnsi="BIZ UDPゴシック"/>
                <w:lang w:eastAsia="ja-JP"/>
              </w:rPr>
              <w:t>社会的意義・地域貢献度</w:t>
            </w:r>
            <w:r w:rsidR="00CB7CEB">
              <w:rPr>
                <w:rFonts w:ascii="BIZ UDPゴシック" w:eastAsia="BIZ UDPゴシック" w:hAnsi="BIZ UDPゴシック" w:hint="eastAsia"/>
                <w:lang w:eastAsia="ja-JP"/>
              </w:rPr>
              <w:t xml:space="preserve">　</w:t>
            </w:r>
          </w:p>
        </w:tc>
      </w:tr>
      <w:tr w:rsidR="00AD30BA" w:rsidRPr="00DB00BD" w14:paraId="511CA966" w14:textId="77777777" w:rsidTr="00675799">
        <w:trPr>
          <w:trHeight w:val="1816"/>
        </w:trPr>
        <w:tc>
          <w:tcPr>
            <w:tcW w:w="5000" w:type="pct"/>
          </w:tcPr>
          <w:p w14:paraId="2A31BC97" w14:textId="4BFD1DF7" w:rsidR="00AD30BA" w:rsidRPr="00DB00BD" w:rsidRDefault="00675799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この事業・アイデアによって、地域や社会にどのような価値や効果をもたらすのか、地域課題の解決や地域への貢献などについて記載してください。</w:t>
            </w:r>
          </w:p>
        </w:tc>
      </w:tr>
      <w:tr w:rsidR="0040772F" w:rsidRPr="00DB00BD" w14:paraId="460AB0C5" w14:textId="77777777" w:rsidTr="00804542">
        <w:trPr>
          <w:trHeight w:val="281"/>
        </w:trPr>
        <w:tc>
          <w:tcPr>
            <w:tcW w:w="5000" w:type="pct"/>
            <w:shd w:val="clear" w:color="auto" w:fill="D9D9D9" w:themeFill="background1" w:themeFillShade="D9"/>
          </w:tcPr>
          <w:p w14:paraId="6805EAB9" w14:textId="1ADFC51C" w:rsidR="0040772F" w:rsidRPr="00DB00BD" w:rsidRDefault="00675799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675799">
              <w:rPr>
                <w:rFonts w:ascii="BIZ UDPゴシック" w:eastAsia="BIZ UDPゴシック" w:hAnsi="BIZ UDPゴシック"/>
                <w:lang w:eastAsia="ja-JP"/>
              </w:rPr>
              <w:t>実現・事業化に向けた計画</w:t>
            </w:r>
          </w:p>
        </w:tc>
      </w:tr>
      <w:tr w:rsidR="00AD30BA" w:rsidRPr="00DB00BD" w14:paraId="7A1FADCB" w14:textId="77777777" w:rsidTr="00675799">
        <w:trPr>
          <w:trHeight w:val="2111"/>
        </w:trPr>
        <w:tc>
          <w:tcPr>
            <w:tcW w:w="5000" w:type="pct"/>
          </w:tcPr>
          <w:p w14:paraId="15902EE0" w14:textId="101FEFC4" w:rsidR="00CB7CEB" w:rsidRDefault="00675799">
            <w:pPr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【実践・実行部門】事業を実現するための準備・体制、今後の成長や事業展開について記載してください。</w:t>
            </w:r>
          </w:p>
          <w:p w14:paraId="54CC8EE6" w14:textId="0F13FDBA" w:rsidR="00AD30BA" w:rsidRPr="00F36929" w:rsidRDefault="00675799">
            <w:pPr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br/>
              <w:t>【アイデア部門】アイデアをどのように事業化していくのか、実現に向けた考えや今後の展開について記載してください。</w:t>
            </w:r>
          </w:p>
          <w:p w14:paraId="0F603D63" w14:textId="4692E9F1" w:rsidR="00675799" w:rsidRPr="00675799" w:rsidRDefault="00675799" w:rsidP="00675799">
            <w:pPr>
              <w:tabs>
                <w:tab w:val="left" w:pos="930"/>
              </w:tabs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/>
                <w:lang w:eastAsia="ja-JP"/>
              </w:rPr>
              <w:tab/>
            </w:r>
          </w:p>
        </w:tc>
      </w:tr>
    </w:tbl>
    <w:p w14:paraId="548FB3B9" w14:textId="728B9916" w:rsidR="000D23EF" w:rsidRDefault="00F77E7E" w:rsidP="000D23EF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lastRenderedPageBreak/>
        <w:t>6</w:t>
      </w:r>
      <w:r w:rsidR="00804542">
        <w:rPr>
          <w:rFonts w:ascii="BIZ UDPゴシック" w:eastAsia="BIZ UDPゴシック" w:hAnsi="BIZ UDPゴシック" w:hint="eastAsia"/>
          <w:lang w:eastAsia="ja-JP"/>
        </w:rPr>
        <w:t>．</w:t>
      </w:r>
      <w:r w:rsidR="000D23EF" w:rsidRPr="00DB00BD">
        <w:rPr>
          <w:rFonts w:ascii="BIZ UDPゴシック" w:eastAsia="BIZ UDPゴシック" w:hAnsi="BIZ UDPゴシック" w:hint="eastAsia"/>
          <w:lang w:eastAsia="ja-JP"/>
        </w:rPr>
        <w:t>収支計画</w:t>
      </w:r>
    </w:p>
    <w:p w14:paraId="22979C46" w14:textId="7F16A723" w:rsidR="00E712C2" w:rsidRPr="00DB00BD" w:rsidRDefault="00E712C2" w:rsidP="000D23EF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※アイデア部門応募者で収支計画を立てていない場合は、記載不要です。</w:t>
      </w:r>
    </w:p>
    <w:tbl>
      <w:tblPr>
        <w:tblStyle w:val="18"/>
        <w:tblpPr w:leftFromText="142" w:rightFromText="142" w:vertAnchor="text" w:horzAnchor="margin" w:tblpXSpec="center" w:tblpY="287"/>
        <w:tblOverlap w:val="never"/>
        <w:tblW w:w="0" w:type="auto"/>
        <w:tblLook w:val="04A0" w:firstRow="1" w:lastRow="0" w:firstColumn="1" w:lastColumn="0" w:noHBand="0" w:noVBand="1"/>
      </w:tblPr>
      <w:tblGrid>
        <w:gridCol w:w="2591"/>
        <w:gridCol w:w="2332"/>
        <w:gridCol w:w="2332"/>
        <w:gridCol w:w="2487"/>
      </w:tblGrid>
      <w:tr w:rsidR="00357B4C" w:rsidRPr="00DB00BD" w14:paraId="6287C066" w14:textId="77777777" w:rsidTr="00E712C2">
        <w:trPr>
          <w:trHeight w:val="561"/>
        </w:trPr>
        <w:tc>
          <w:tcPr>
            <w:tcW w:w="2693" w:type="dxa"/>
            <w:shd w:val="clear" w:color="auto" w:fill="D9D9D9" w:themeFill="background1" w:themeFillShade="D9"/>
          </w:tcPr>
          <w:p w14:paraId="33E69CEB" w14:textId="77777777" w:rsidR="00357B4C" w:rsidRPr="00E712C2" w:rsidRDefault="00357B4C" w:rsidP="00357B4C">
            <w:pPr>
              <w:pStyle w:val="ae"/>
              <w:ind w:left="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92" w:type="dxa"/>
            <w:shd w:val="clear" w:color="auto" w:fill="D9D9D9" w:themeFill="background1" w:themeFillShade="D9"/>
            <w:vAlign w:val="center"/>
          </w:tcPr>
          <w:p w14:paraId="311EA0AA" w14:textId="77777777" w:rsidR="00357B4C" w:rsidRPr="00DB00BD" w:rsidRDefault="00357B4C" w:rsidP="00357B4C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1年目</w:t>
            </w:r>
          </w:p>
        </w:tc>
        <w:tc>
          <w:tcPr>
            <w:tcW w:w="2392" w:type="dxa"/>
            <w:shd w:val="clear" w:color="auto" w:fill="D9D9D9" w:themeFill="background1" w:themeFillShade="D9"/>
            <w:vAlign w:val="center"/>
          </w:tcPr>
          <w:p w14:paraId="7F06638F" w14:textId="77777777" w:rsidR="00357B4C" w:rsidRPr="00DB00BD" w:rsidRDefault="00357B4C" w:rsidP="00357B4C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2年目</w:t>
            </w:r>
          </w:p>
        </w:tc>
        <w:tc>
          <w:tcPr>
            <w:tcW w:w="2554" w:type="dxa"/>
            <w:shd w:val="clear" w:color="auto" w:fill="D9D9D9" w:themeFill="background1" w:themeFillShade="D9"/>
            <w:vAlign w:val="center"/>
          </w:tcPr>
          <w:p w14:paraId="332661EE" w14:textId="77777777" w:rsidR="00357B4C" w:rsidRPr="00DB00BD" w:rsidRDefault="00357B4C" w:rsidP="00357B4C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3年目</w:t>
            </w:r>
          </w:p>
        </w:tc>
      </w:tr>
      <w:tr w:rsidR="00357B4C" w:rsidRPr="00DB00BD" w14:paraId="51895269" w14:textId="77777777" w:rsidTr="00E712C2">
        <w:trPr>
          <w:trHeight w:val="561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0CECFA33" w14:textId="77777777" w:rsidR="00357B4C" w:rsidRPr="00DB00BD" w:rsidRDefault="00357B4C" w:rsidP="000D23EF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売上高</w:t>
            </w:r>
          </w:p>
        </w:tc>
        <w:tc>
          <w:tcPr>
            <w:tcW w:w="2392" w:type="dxa"/>
            <w:vAlign w:val="center"/>
          </w:tcPr>
          <w:p w14:paraId="7A4734A4" w14:textId="40559876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12,000</w:t>
            </w:r>
          </w:p>
        </w:tc>
        <w:tc>
          <w:tcPr>
            <w:tcW w:w="2392" w:type="dxa"/>
            <w:vAlign w:val="center"/>
          </w:tcPr>
          <w:p w14:paraId="18BB67AC" w14:textId="02ACFA16" w:rsidR="00357B4C" w:rsidRPr="00F36929" w:rsidRDefault="005B58C1" w:rsidP="005B58C1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15,600</w:t>
            </w:r>
          </w:p>
        </w:tc>
        <w:tc>
          <w:tcPr>
            <w:tcW w:w="2554" w:type="dxa"/>
            <w:vAlign w:val="center"/>
          </w:tcPr>
          <w:p w14:paraId="68850122" w14:textId="48C7C273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19,200</w:t>
            </w:r>
          </w:p>
        </w:tc>
      </w:tr>
      <w:tr w:rsidR="00357B4C" w:rsidRPr="00DB00BD" w14:paraId="1D1D7E59" w14:textId="77777777" w:rsidTr="00E712C2">
        <w:trPr>
          <w:trHeight w:val="561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C2B76EA" w14:textId="77777777" w:rsidR="00357B4C" w:rsidRPr="00DB00BD" w:rsidRDefault="00357B4C" w:rsidP="000D23EF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売上原価</w:t>
            </w:r>
          </w:p>
        </w:tc>
        <w:tc>
          <w:tcPr>
            <w:tcW w:w="2392" w:type="dxa"/>
            <w:vAlign w:val="center"/>
          </w:tcPr>
          <w:p w14:paraId="4A7DB0A5" w14:textId="14EACA11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4,800</w:t>
            </w:r>
          </w:p>
        </w:tc>
        <w:tc>
          <w:tcPr>
            <w:tcW w:w="2392" w:type="dxa"/>
            <w:vAlign w:val="center"/>
          </w:tcPr>
          <w:p w14:paraId="52EE8846" w14:textId="4B606EE3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6,240</w:t>
            </w:r>
          </w:p>
        </w:tc>
        <w:tc>
          <w:tcPr>
            <w:tcW w:w="2554" w:type="dxa"/>
            <w:vAlign w:val="center"/>
          </w:tcPr>
          <w:p w14:paraId="23EED992" w14:textId="111E9796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7,680</w:t>
            </w:r>
          </w:p>
        </w:tc>
      </w:tr>
      <w:tr w:rsidR="00357B4C" w:rsidRPr="00DB00BD" w14:paraId="45DDFBF1" w14:textId="77777777" w:rsidTr="00E712C2">
        <w:trPr>
          <w:trHeight w:val="561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0F84DAAD" w14:textId="77777777" w:rsidR="00357B4C" w:rsidRPr="00DB00BD" w:rsidRDefault="00357B4C" w:rsidP="000D23EF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売上総利益</w:t>
            </w:r>
          </w:p>
        </w:tc>
        <w:tc>
          <w:tcPr>
            <w:tcW w:w="2392" w:type="dxa"/>
            <w:vAlign w:val="center"/>
          </w:tcPr>
          <w:p w14:paraId="76C5D71E" w14:textId="03767B8F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7,200</w:t>
            </w:r>
          </w:p>
        </w:tc>
        <w:tc>
          <w:tcPr>
            <w:tcW w:w="2392" w:type="dxa"/>
            <w:vAlign w:val="center"/>
          </w:tcPr>
          <w:p w14:paraId="1EDA838D" w14:textId="1AD1E836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9,360</w:t>
            </w:r>
          </w:p>
        </w:tc>
        <w:tc>
          <w:tcPr>
            <w:tcW w:w="2554" w:type="dxa"/>
            <w:vAlign w:val="center"/>
          </w:tcPr>
          <w:p w14:paraId="3FF57032" w14:textId="1C355A4B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11,520</w:t>
            </w:r>
          </w:p>
        </w:tc>
      </w:tr>
      <w:tr w:rsidR="00357B4C" w:rsidRPr="00DB00BD" w14:paraId="432805FE" w14:textId="77777777" w:rsidTr="00E712C2">
        <w:trPr>
          <w:trHeight w:val="561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01714DB" w14:textId="77777777" w:rsidR="00357B4C" w:rsidRPr="00DB00BD" w:rsidRDefault="00357B4C" w:rsidP="000D23EF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販売管理費</w:t>
            </w:r>
          </w:p>
        </w:tc>
        <w:tc>
          <w:tcPr>
            <w:tcW w:w="2392" w:type="dxa"/>
            <w:vAlign w:val="center"/>
          </w:tcPr>
          <w:p w14:paraId="4087FA43" w14:textId="41FF17A9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6,600</w:t>
            </w:r>
          </w:p>
        </w:tc>
        <w:tc>
          <w:tcPr>
            <w:tcW w:w="2392" w:type="dxa"/>
            <w:vAlign w:val="center"/>
          </w:tcPr>
          <w:p w14:paraId="3B98BAFA" w14:textId="025CB057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7,560</w:t>
            </w:r>
          </w:p>
        </w:tc>
        <w:tc>
          <w:tcPr>
            <w:tcW w:w="2554" w:type="dxa"/>
            <w:vAlign w:val="center"/>
          </w:tcPr>
          <w:p w14:paraId="6D49CC1A" w14:textId="37485170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8,400</w:t>
            </w:r>
          </w:p>
        </w:tc>
      </w:tr>
      <w:tr w:rsidR="00357B4C" w:rsidRPr="00DB00BD" w14:paraId="1D3B63A1" w14:textId="77777777" w:rsidTr="00EB0AE6">
        <w:trPr>
          <w:trHeight w:val="546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17AC78C" w14:textId="77777777" w:rsidR="00357B4C" w:rsidRPr="00DB00BD" w:rsidRDefault="00357B4C" w:rsidP="000D23EF">
            <w:pPr>
              <w:pStyle w:val="ae"/>
              <w:ind w:left="0"/>
              <w:jc w:val="center"/>
              <w:rPr>
                <w:rFonts w:ascii="BIZ UDPゴシック" w:eastAsia="BIZ UDPゴシック" w:hAnsi="BIZ UDPゴシック"/>
              </w:rPr>
            </w:pPr>
            <w:r w:rsidRPr="00DB00BD">
              <w:rPr>
                <w:rFonts w:ascii="BIZ UDPゴシック" w:eastAsia="BIZ UDPゴシック" w:hAnsi="BIZ UDPゴシック" w:hint="eastAsia"/>
              </w:rPr>
              <w:t>営業利益</w:t>
            </w:r>
          </w:p>
        </w:tc>
        <w:tc>
          <w:tcPr>
            <w:tcW w:w="2392" w:type="dxa"/>
            <w:vAlign w:val="center"/>
          </w:tcPr>
          <w:p w14:paraId="0E4643BE" w14:textId="63FC5F6D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600</w:t>
            </w:r>
          </w:p>
        </w:tc>
        <w:tc>
          <w:tcPr>
            <w:tcW w:w="2392" w:type="dxa"/>
            <w:vAlign w:val="center"/>
          </w:tcPr>
          <w:p w14:paraId="38A1897F" w14:textId="7670D00A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1,800</w:t>
            </w:r>
          </w:p>
        </w:tc>
        <w:tc>
          <w:tcPr>
            <w:tcW w:w="2554" w:type="dxa"/>
            <w:vAlign w:val="center"/>
          </w:tcPr>
          <w:p w14:paraId="28248CD4" w14:textId="0E5554B5" w:rsidR="00357B4C" w:rsidRPr="00F36929" w:rsidRDefault="005B58C1" w:rsidP="00F23EBD">
            <w:pPr>
              <w:pStyle w:val="ae"/>
              <w:ind w:left="0"/>
              <w:jc w:val="right"/>
              <w:rPr>
                <w:rFonts w:ascii="BIZ UDPゴシック" w:eastAsia="BIZ UDPゴシック" w:hAnsi="BIZ UDPゴシック"/>
                <w:color w:val="EE0000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</w:rPr>
              <w:t>3,120</w:t>
            </w:r>
          </w:p>
        </w:tc>
      </w:tr>
    </w:tbl>
    <w:p w14:paraId="2DEFCCBE" w14:textId="48E44BAD" w:rsidR="00AD30BA" w:rsidRPr="00DB00BD" w:rsidRDefault="00DB00BD" w:rsidP="00DB00BD">
      <w:pPr>
        <w:jc w:val="right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（単位：千円）</w:t>
      </w:r>
    </w:p>
    <w:tbl>
      <w:tblPr>
        <w:tblpPr w:leftFromText="142" w:rightFromText="142" w:vertAnchor="page" w:horzAnchor="margin" w:tblpY="55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9221"/>
      </w:tblGrid>
      <w:tr w:rsidR="000D23EF" w:rsidRPr="00DB00BD" w14:paraId="277348CC" w14:textId="77777777" w:rsidTr="005B58C1">
        <w:trPr>
          <w:trHeight w:val="269"/>
        </w:trPr>
        <w:tc>
          <w:tcPr>
            <w:tcW w:w="10057" w:type="dxa"/>
            <w:gridSpan w:val="2"/>
            <w:shd w:val="clear" w:color="auto" w:fill="D9D9D9" w:themeFill="background1" w:themeFillShade="D9"/>
            <w:vAlign w:val="center"/>
          </w:tcPr>
          <w:p w14:paraId="1368683B" w14:textId="1BD7D77E" w:rsidR="000D23EF" w:rsidRPr="00DB00BD" w:rsidRDefault="000D23EF" w:rsidP="000D23EF">
            <w:pPr>
              <w:spacing w:after="0"/>
              <w:jc w:val="center"/>
              <w:rPr>
                <w:rFonts w:ascii="BIZ UDPゴシック" w:eastAsia="BIZ UDPゴシック" w:hAnsi="BIZ UDPゴシック"/>
                <w:color w:val="000000"/>
                <w:lang w:eastAsia="ja-JP"/>
              </w:rPr>
            </w:pPr>
            <w:r w:rsidRPr="00DB00BD">
              <w:rPr>
                <w:rFonts w:ascii="BIZ UDPゴシック" w:eastAsia="BIZ UDPゴシック" w:hAnsi="BIZ UDPゴシック" w:hint="eastAsia"/>
                <w:color w:val="000000"/>
                <w:lang w:eastAsia="ja-JP"/>
              </w:rPr>
              <w:t>売上高、売上原価、</w:t>
            </w:r>
            <w:r w:rsidR="00DB00BD">
              <w:rPr>
                <w:rFonts w:ascii="BIZ UDPゴシック" w:eastAsia="BIZ UDPゴシック" w:hAnsi="BIZ UDPゴシック" w:hint="eastAsia"/>
                <w:color w:val="000000"/>
                <w:lang w:eastAsia="ja-JP"/>
              </w:rPr>
              <w:t>販管費</w:t>
            </w:r>
            <w:r w:rsidRPr="00DB00BD">
              <w:rPr>
                <w:rFonts w:ascii="BIZ UDPゴシック" w:eastAsia="BIZ UDPゴシック" w:hAnsi="BIZ UDPゴシック" w:hint="eastAsia"/>
                <w:color w:val="000000"/>
                <w:lang w:eastAsia="ja-JP"/>
              </w:rPr>
              <w:t>等の積算内訳</w:t>
            </w:r>
          </w:p>
        </w:tc>
      </w:tr>
      <w:tr w:rsidR="000D23EF" w:rsidRPr="00DB00BD" w14:paraId="390096C7" w14:textId="77777777" w:rsidTr="006272B7">
        <w:trPr>
          <w:trHeight w:hRule="exact" w:val="8970"/>
        </w:trPr>
        <w:tc>
          <w:tcPr>
            <w:tcW w:w="525" w:type="dxa"/>
            <w:shd w:val="clear" w:color="auto" w:fill="D9D9D9" w:themeFill="background1" w:themeFillShade="D9"/>
            <w:vAlign w:val="center"/>
          </w:tcPr>
          <w:p w14:paraId="0CBC77C7" w14:textId="77777777" w:rsidR="000D23EF" w:rsidRPr="00DB00BD" w:rsidRDefault="000D23EF" w:rsidP="000D23EF">
            <w:pPr>
              <w:autoSpaceDN w:val="0"/>
              <w:spacing w:after="0"/>
              <w:jc w:val="center"/>
              <w:rPr>
                <w:rFonts w:ascii="BIZ UDPゴシック" w:eastAsia="BIZ UDPゴシック" w:hAnsi="BIZ UDPゴシック"/>
                <w:color w:val="000000"/>
                <w:lang w:eastAsia="ja-JP"/>
              </w:rPr>
            </w:pPr>
            <w:r w:rsidRPr="00DB00BD">
              <w:rPr>
                <w:rFonts w:ascii="BIZ UDPゴシック" w:eastAsia="BIZ UDPゴシック" w:hAnsi="BIZ UDPゴシック" w:hint="eastAsia"/>
                <w:color w:val="000000"/>
                <w:lang w:eastAsia="ja-JP"/>
              </w:rPr>
              <w:t>１年目</w:t>
            </w:r>
          </w:p>
        </w:tc>
        <w:tc>
          <w:tcPr>
            <w:tcW w:w="9532" w:type="dxa"/>
          </w:tcPr>
          <w:p w14:paraId="135E19A9" w14:textId="77777777" w:rsidR="006272B7" w:rsidRDefault="006272B7" w:rsidP="006272B7">
            <w:pPr>
              <w:spacing w:after="0"/>
              <w:rPr>
                <w:rFonts w:ascii="BIZ UDPゴシック" w:eastAsia="BIZ UDPゴシック" w:hAnsi="BIZ UDPゴシック"/>
                <w:color w:val="000000"/>
                <w:lang w:eastAsia="ja-JP"/>
              </w:rPr>
            </w:pPr>
          </w:p>
          <w:p w14:paraId="064CC55D" w14:textId="237324F9" w:rsidR="006272B7" w:rsidRPr="00F36929" w:rsidRDefault="006272B7" w:rsidP="006272B7">
            <w:p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1．売上高：12,000</w:t>
            </w:r>
          </w:p>
          <w:p w14:paraId="4A3C372F" w14:textId="77777777" w:rsidR="006272B7" w:rsidRPr="00F36929" w:rsidRDefault="006272B7" w:rsidP="006272B7">
            <w:pPr>
              <w:numPr>
                <w:ilvl w:val="0"/>
                <w:numId w:val="10"/>
              </w:num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 xml:space="preserve">店頭販売　9,000：惣菜・弁当を1日平均30,000円、月25日営業。30,000円×25日×12か月＝9,000千円。 </w:t>
            </w:r>
          </w:p>
          <w:p w14:paraId="031DDAF9" w14:textId="77777777" w:rsidR="006272B7" w:rsidRPr="00F36929" w:rsidRDefault="006272B7" w:rsidP="006272B7">
            <w:pPr>
              <w:numPr>
                <w:ilvl w:val="0"/>
                <w:numId w:val="10"/>
              </w:num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 xml:space="preserve">配達・法人向け販売　3,000：高齢者等への配達及び地域企業向け弁当販売。月平均250千円×12か月＝3,000千円。 </w:t>
            </w:r>
          </w:p>
          <w:p w14:paraId="2B662E37" w14:textId="77777777" w:rsidR="006272B7" w:rsidRPr="00F36929" w:rsidRDefault="006272B7" w:rsidP="006272B7">
            <w:p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2．売上原価：4,800</w:t>
            </w:r>
          </w:p>
          <w:p w14:paraId="0A07D0D3" w14:textId="77777777" w:rsidR="006272B7" w:rsidRPr="00F36929" w:rsidRDefault="006272B7" w:rsidP="006272B7">
            <w:pPr>
              <w:numPr>
                <w:ilvl w:val="0"/>
                <w:numId w:val="11"/>
              </w:num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 xml:space="preserve">食材費　4,000：八戸産の野菜・魚介類等を含む食材仕入費。売上高の約33％を想定。 </w:t>
            </w:r>
          </w:p>
          <w:p w14:paraId="68E2D4CA" w14:textId="77777777" w:rsidR="006272B7" w:rsidRPr="00F36929" w:rsidRDefault="006272B7" w:rsidP="006272B7">
            <w:pPr>
              <w:numPr>
                <w:ilvl w:val="0"/>
                <w:numId w:val="11"/>
              </w:num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 xml:space="preserve">容器・包装資材　800：弁当容器、惣菜パック、袋等の購入費。 </w:t>
            </w:r>
          </w:p>
          <w:p w14:paraId="610A34AE" w14:textId="77777777" w:rsidR="006272B7" w:rsidRPr="00F36929" w:rsidRDefault="006272B7" w:rsidP="006272B7">
            <w:pPr>
              <w:spacing w:after="0"/>
              <w:rPr>
                <w:rFonts w:ascii="BIZ UDPゴシック" w:eastAsia="BIZ UDPゴシック" w:hAnsi="BIZ UDPゴシック"/>
                <w:color w:val="EE0000"/>
                <w:lang w:eastAsia="zh-TW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zh-TW"/>
              </w:rPr>
              <w:t>3．売上総利益：7,200</w:t>
            </w:r>
          </w:p>
          <w:p w14:paraId="5F93D53F" w14:textId="77777777" w:rsidR="006272B7" w:rsidRPr="00F36929" w:rsidRDefault="006272B7" w:rsidP="006272B7">
            <w:pPr>
              <w:spacing w:after="0"/>
              <w:rPr>
                <w:rFonts w:ascii="BIZ UDPゴシック" w:eastAsia="BIZ UDPゴシック" w:hAnsi="BIZ UDPゴシック"/>
                <w:color w:val="EE0000"/>
                <w:lang w:eastAsia="zh-TW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zh-TW"/>
              </w:rPr>
              <w:t>計算：売上高（12,000）－売上原価（4,800）＝7,200千円。</w:t>
            </w:r>
          </w:p>
          <w:p w14:paraId="4568AA27" w14:textId="77777777" w:rsidR="006272B7" w:rsidRPr="00F36929" w:rsidRDefault="006272B7" w:rsidP="006272B7">
            <w:p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4．販売管理費：6,600</w:t>
            </w:r>
          </w:p>
          <w:p w14:paraId="5B5472F5" w14:textId="77777777" w:rsidR="006272B7" w:rsidRPr="00F36929" w:rsidRDefault="006272B7" w:rsidP="006272B7">
            <w:pPr>
              <w:numPr>
                <w:ilvl w:val="0"/>
                <w:numId w:val="12"/>
              </w:num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 xml:space="preserve">人件費　2,400：パート従業員1名分の給与等。繁忙時間帯を中心に勤務。 </w:t>
            </w:r>
          </w:p>
          <w:p w14:paraId="51CB0435" w14:textId="77777777" w:rsidR="006272B7" w:rsidRPr="00F36929" w:rsidRDefault="006272B7" w:rsidP="006272B7">
            <w:pPr>
              <w:numPr>
                <w:ilvl w:val="0"/>
                <w:numId w:val="12"/>
              </w:num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 xml:space="preserve">店舗賃借料　1,200：月100千円×12か月。 </w:t>
            </w:r>
          </w:p>
          <w:p w14:paraId="746D51F9" w14:textId="77777777" w:rsidR="006272B7" w:rsidRPr="00F36929" w:rsidRDefault="006272B7" w:rsidP="006272B7">
            <w:pPr>
              <w:numPr>
                <w:ilvl w:val="0"/>
                <w:numId w:val="12"/>
              </w:num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 xml:space="preserve">水道光熱費　900：厨房設備、冷蔵・冷凍設備等の使用に係る費用。 </w:t>
            </w:r>
          </w:p>
          <w:p w14:paraId="20EEACCD" w14:textId="77777777" w:rsidR="006272B7" w:rsidRPr="00F36929" w:rsidRDefault="006272B7" w:rsidP="006272B7">
            <w:pPr>
              <w:numPr>
                <w:ilvl w:val="0"/>
                <w:numId w:val="12"/>
              </w:num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 xml:space="preserve">広告宣伝費　500：SNS広告、チラシ作成・配布、開業時の販促費等。 </w:t>
            </w:r>
          </w:p>
          <w:p w14:paraId="7F680B50" w14:textId="77777777" w:rsidR="006272B7" w:rsidRPr="00F36929" w:rsidRDefault="006272B7" w:rsidP="006272B7">
            <w:pPr>
              <w:numPr>
                <w:ilvl w:val="0"/>
                <w:numId w:val="12"/>
              </w:num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 xml:space="preserve">通信費・消耗品費　400：電話、インターネット、事務用品、店舗消耗品等。 </w:t>
            </w:r>
          </w:p>
          <w:p w14:paraId="5586E9E8" w14:textId="77777777" w:rsidR="006272B7" w:rsidRPr="00F36929" w:rsidRDefault="006272B7" w:rsidP="006272B7">
            <w:pPr>
              <w:numPr>
                <w:ilvl w:val="0"/>
                <w:numId w:val="12"/>
              </w:num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 xml:space="preserve">配達費・車両関連費　600：配達に係る燃料費、車両維持費等。 </w:t>
            </w:r>
          </w:p>
          <w:p w14:paraId="33C84E36" w14:textId="77777777" w:rsidR="006272B7" w:rsidRPr="00F36929" w:rsidRDefault="006272B7" w:rsidP="006272B7">
            <w:pPr>
              <w:numPr>
                <w:ilvl w:val="0"/>
                <w:numId w:val="12"/>
              </w:num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 xml:space="preserve">その他経費　600：保険料、決済手数料、その他店舗運営に必要な経費。 </w:t>
            </w:r>
          </w:p>
          <w:p w14:paraId="266D3ACC" w14:textId="77777777" w:rsidR="006272B7" w:rsidRPr="00F36929" w:rsidRDefault="006272B7" w:rsidP="006272B7">
            <w:pPr>
              <w:spacing w:after="0"/>
              <w:rPr>
                <w:rFonts w:ascii="BIZ UDPゴシック" w:eastAsia="BIZ UDPゴシック" w:hAnsi="BIZ UDPゴシック"/>
                <w:color w:val="EE0000"/>
                <w:lang w:eastAsia="zh-TW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zh-TW"/>
              </w:rPr>
              <w:t>5．営業利益：600</w:t>
            </w:r>
          </w:p>
          <w:p w14:paraId="47755B08" w14:textId="77777777" w:rsidR="006272B7" w:rsidRPr="00F36929" w:rsidRDefault="006272B7" w:rsidP="006272B7">
            <w:pPr>
              <w:spacing w:after="0"/>
              <w:rPr>
                <w:rFonts w:ascii="BIZ UDPゴシック" w:eastAsia="BIZ UDPゴシック" w:hAnsi="BIZ UDPゴシック"/>
                <w:color w:val="EE0000"/>
                <w:lang w:eastAsia="zh-TW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zh-TW"/>
              </w:rPr>
              <w:t>計算：売上総利益（7,200）－販売管理費（6,600）＝600千円。</w:t>
            </w:r>
          </w:p>
          <w:p w14:paraId="354BD394" w14:textId="25B1F3E7" w:rsidR="000D23EF" w:rsidRPr="00F36929" w:rsidRDefault="006272B7" w:rsidP="000D23EF">
            <w:pPr>
              <w:spacing w:after="0"/>
              <w:rPr>
                <w:rFonts w:ascii="BIZ UDPゴシック" w:eastAsia="BIZ UDPゴシック" w:hAnsi="BIZ UDPゴシック"/>
                <w:color w:val="EE0000"/>
                <w:sz w:val="21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1年目は開業直後で認知度が低いことを考慮し、保守的な売上計画としています。2年目以降は、店舗の認知度向上に加え、配達・法人向け弁当販売を拡大することで売上の増加を見込んでいます。</w:t>
            </w:r>
          </w:p>
        </w:tc>
      </w:tr>
      <w:tr w:rsidR="000D23EF" w:rsidRPr="00DB00BD" w14:paraId="108F1C27" w14:textId="77777777" w:rsidTr="00F36929">
        <w:trPr>
          <w:trHeight w:val="70"/>
        </w:trPr>
        <w:tc>
          <w:tcPr>
            <w:tcW w:w="525" w:type="dxa"/>
            <w:shd w:val="clear" w:color="auto" w:fill="D9D9D9" w:themeFill="background1" w:themeFillShade="D9"/>
            <w:vAlign w:val="center"/>
          </w:tcPr>
          <w:p w14:paraId="66A52B1B" w14:textId="77777777" w:rsidR="000D23EF" w:rsidRPr="00DB00BD" w:rsidRDefault="000D23EF" w:rsidP="000D23EF">
            <w:pPr>
              <w:autoSpaceDN w:val="0"/>
              <w:spacing w:after="0"/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DB00BD">
              <w:rPr>
                <w:rFonts w:ascii="BIZ UDPゴシック" w:eastAsia="BIZ UDPゴシック" w:hAnsi="BIZ UDPゴシック" w:hint="eastAsia"/>
                <w:color w:val="000000"/>
              </w:rPr>
              <w:lastRenderedPageBreak/>
              <w:t>２年目</w:t>
            </w:r>
          </w:p>
        </w:tc>
        <w:tc>
          <w:tcPr>
            <w:tcW w:w="9532" w:type="dxa"/>
          </w:tcPr>
          <w:p w14:paraId="69738A57" w14:textId="55AC7D60" w:rsidR="000D23EF" w:rsidRPr="00F36929" w:rsidRDefault="00F36929" w:rsidP="000D23EF">
            <w:pPr>
              <w:spacing w:after="0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  <w:lang w:eastAsia="ja-JP"/>
              </w:rPr>
              <w:t>○○○○</w:t>
            </w:r>
          </w:p>
        </w:tc>
      </w:tr>
      <w:tr w:rsidR="000D23EF" w:rsidRPr="00DB00BD" w14:paraId="21825444" w14:textId="77777777" w:rsidTr="00F36929">
        <w:trPr>
          <w:trHeight w:val="274"/>
        </w:trPr>
        <w:tc>
          <w:tcPr>
            <w:tcW w:w="525" w:type="dxa"/>
            <w:shd w:val="clear" w:color="auto" w:fill="D9D9D9" w:themeFill="background1" w:themeFillShade="D9"/>
            <w:vAlign w:val="center"/>
          </w:tcPr>
          <w:p w14:paraId="5D37B0E6" w14:textId="77777777" w:rsidR="000D23EF" w:rsidRPr="00DB00BD" w:rsidRDefault="000D23EF" w:rsidP="000D23EF">
            <w:pPr>
              <w:autoSpaceDN w:val="0"/>
              <w:spacing w:after="0"/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DB00BD">
              <w:rPr>
                <w:rFonts w:ascii="BIZ UDPゴシック" w:eastAsia="BIZ UDPゴシック" w:hAnsi="BIZ UDPゴシック" w:hint="eastAsia"/>
                <w:color w:val="000000"/>
              </w:rPr>
              <w:t>３年目</w:t>
            </w:r>
          </w:p>
        </w:tc>
        <w:tc>
          <w:tcPr>
            <w:tcW w:w="9532" w:type="dxa"/>
          </w:tcPr>
          <w:p w14:paraId="3C8A5241" w14:textId="1C1B5A38" w:rsidR="000D23EF" w:rsidRPr="00F36929" w:rsidRDefault="00F36929" w:rsidP="000D23EF">
            <w:pPr>
              <w:spacing w:after="0" w:line="240" w:lineRule="auto"/>
              <w:rPr>
                <w:rFonts w:ascii="BIZ UDPゴシック" w:eastAsia="BIZ UDPゴシック" w:hAnsi="BIZ UDPゴシック"/>
                <w:color w:val="EE0000"/>
                <w:lang w:eastAsia="ja-JP"/>
              </w:rPr>
            </w:pPr>
            <w:r w:rsidRPr="00F36929">
              <w:rPr>
                <w:rFonts w:ascii="BIZ UDPゴシック" w:eastAsia="BIZ UDPゴシック" w:hAnsi="BIZ UDPゴシック" w:hint="eastAsia"/>
                <w:color w:val="EE0000"/>
                <w:lang w:eastAsia="ja-JP"/>
              </w:rPr>
              <w:t>○○○○</w:t>
            </w:r>
          </w:p>
        </w:tc>
      </w:tr>
    </w:tbl>
    <w:p w14:paraId="0E69886E" w14:textId="77777777" w:rsidR="00EB0AE6" w:rsidRDefault="00EB0AE6" w:rsidP="001C6E0F">
      <w:pPr>
        <w:spacing w:after="0"/>
        <w:rPr>
          <w:rFonts w:ascii="BIZ UDPゴシック" w:eastAsia="BIZ UDPゴシック" w:hAnsi="BIZ UDPゴシック"/>
          <w:lang w:eastAsia="ja-JP"/>
        </w:rPr>
      </w:pPr>
    </w:p>
    <w:p w14:paraId="484998D7" w14:textId="6D294706" w:rsidR="001C6E0F" w:rsidRDefault="00F77E7E" w:rsidP="001C6E0F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7</w:t>
      </w:r>
      <w:r w:rsidR="001C6E0F">
        <w:rPr>
          <w:rFonts w:ascii="BIZ UDPゴシック" w:eastAsia="BIZ UDPゴシック" w:hAnsi="BIZ UDPゴシック" w:hint="eastAsia"/>
          <w:lang w:eastAsia="ja-JP"/>
        </w:rPr>
        <w:t>．</w:t>
      </w:r>
      <w:r w:rsidR="001C6E0F" w:rsidRPr="00DB00BD">
        <w:rPr>
          <w:rFonts w:ascii="BIZ UDPゴシック" w:eastAsia="BIZ UDPゴシック" w:hAnsi="BIZ UDPゴシック" w:hint="eastAsia"/>
          <w:lang w:eastAsia="ja-JP"/>
        </w:rPr>
        <w:t>資金調達計画</w:t>
      </w:r>
    </w:p>
    <w:p w14:paraId="411B8DEA" w14:textId="49F6E5A4" w:rsidR="00E712C2" w:rsidRDefault="00E712C2" w:rsidP="001C6E0F">
      <w:pPr>
        <w:spacing w:after="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※アイデア部門応募者で資金調達計画を立てていない場合は、記載不要です。</w:t>
      </w:r>
    </w:p>
    <w:p w14:paraId="0C54AEBC" w14:textId="535821E6" w:rsidR="00DB00BD" w:rsidRPr="00DB00BD" w:rsidRDefault="00DB00BD" w:rsidP="00DB00BD">
      <w:pPr>
        <w:spacing w:after="0"/>
        <w:jc w:val="right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（単位：千円）</w:t>
      </w:r>
    </w:p>
    <w:tbl>
      <w:tblPr>
        <w:tblW w:w="9667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2367"/>
        <w:gridCol w:w="2399"/>
        <w:gridCol w:w="2057"/>
        <w:gridCol w:w="2399"/>
      </w:tblGrid>
      <w:tr w:rsidR="00EE39F6" w:rsidRPr="00DB00BD" w14:paraId="3C7EC4C3" w14:textId="77777777" w:rsidTr="00F36929">
        <w:trPr>
          <w:trHeight w:val="460"/>
          <w:jc w:val="right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DC0545A" w14:textId="77777777" w:rsidR="00EE39F6" w:rsidRPr="00DB00BD" w:rsidRDefault="00EE39F6" w:rsidP="00B00893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必要な資金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710C49" w14:textId="77777777" w:rsidR="00EE39F6" w:rsidRPr="00DB00BD" w:rsidRDefault="00EE39F6" w:rsidP="00B00893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金額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F135A5" w14:textId="77777777" w:rsidR="00EE39F6" w:rsidRPr="00DB00BD" w:rsidRDefault="00EE39F6" w:rsidP="00B00893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調達方法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83DF8CE" w14:textId="77777777" w:rsidR="00EE39F6" w:rsidRPr="00DB00BD" w:rsidRDefault="00EE39F6" w:rsidP="00B00893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金額</w:t>
            </w:r>
          </w:p>
        </w:tc>
      </w:tr>
      <w:tr w:rsidR="00EE39F6" w:rsidRPr="00DB00BD" w14:paraId="5F8047D2" w14:textId="77777777" w:rsidTr="00F36929">
        <w:trPr>
          <w:trHeight w:val="314"/>
          <w:jc w:val="right"/>
        </w:trPr>
        <w:tc>
          <w:tcPr>
            <w:tcW w:w="2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tbRlV"/>
            <w:vAlign w:val="center"/>
            <w:hideMark/>
          </w:tcPr>
          <w:p w14:paraId="664F4315" w14:textId="77777777" w:rsidR="00EE39F6" w:rsidRPr="00DB00BD" w:rsidRDefault="00EE39F6" w:rsidP="00950756">
            <w:pPr>
              <w:spacing w:after="0" w:line="240" w:lineRule="auto"/>
              <w:ind w:left="113" w:right="113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設備資金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D5918" w14:textId="128445DA" w:rsidR="00EE39F6" w:rsidRPr="00F36929" w:rsidRDefault="005B58C1" w:rsidP="005B58C1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cs="ＭＳ Ｐゴシック" w:hint="eastAsia"/>
                <w:color w:val="EE0000"/>
                <w:sz w:val="21"/>
                <w:szCs w:val="21"/>
                <w:lang w:eastAsia="ja-JP"/>
              </w:rPr>
              <w:t>厨房設備</w:t>
            </w: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DFA6BE" w14:textId="3FDE5AB4" w:rsidR="00EE39F6" w:rsidRPr="00CB7CEB" w:rsidRDefault="00D4095A" w:rsidP="00D4095A">
            <w:pPr>
              <w:wordWrap w:val="0"/>
              <w:spacing w:after="0" w:line="240" w:lineRule="auto"/>
              <w:ind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1,200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0C8345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自己資金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BFA094" w14:textId="6B419DB0" w:rsidR="00EE39F6" w:rsidRPr="00CB7CEB" w:rsidRDefault="00EE39F6" w:rsidP="00D4095A">
            <w:pPr>
              <w:spacing w:after="0" w:line="240" w:lineRule="auto"/>
              <w:ind w:right="21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  <w:r w:rsidR="00D4095A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1,500</w:t>
            </w:r>
          </w:p>
        </w:tc>
      </w:tr>
      <w:tr w:rsidR="00EE39F6" w:rsidRPr="00DB00BD" w14:paraId="6B957735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503F72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ED16E" w14:textId="40832D9F" w:rsidR="00EE39F6" w:rsidRPr="00F36929" w:rsidRDefault="00D4095A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  <w:t>冷蔵・冷凍設備</w:t>
            </w: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D53AB5" w14:textId="5313531B" w:rsidR="00EE39F6" w:rsidRPr="00CB7CEB" w:rsidRDefault="00EE39F6" w:rsidP="00D4095A">
            <w:pPr>
              <w:spacing w:after="0" w:line="240" w:lineRule="auto"/>
              <w:ind w:rightChars="94"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  <w:r w:rsidR="00D4095A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700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3A121D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4CDBB5" w14:textId="77777777" w:rsidR="00EE39F6" w:rsidRPr="00CB7CEB" w:rsidRDefault="00EE39F6" w:rsidP="00D4095A">
            <w:pPr>
              <w:spacing w:after="0" w:line="240" w:lineRule="auto"/>
              <w:ind w:right="21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EE39F6" w:rsidRPr="00DB00BD" w14:paraId="6F39836A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0B1EE4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D0DBC" w14:textId="18094555" w:rsidR="00EE39F6" w:rsidRPr="00F36929" w:rsidRDefault="00D4095A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  <w:t>店舗改装費</w:t>
            </w: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F4B744" w14:textId="62834F90" w:rsidR="00EE39F6" w:rsidRPr="00CB7CEB" w:rsidRDefault="00D4095A" w:rsidP="00D4095A">
            <w:pPr>
              <w:spacing w:after="0" w:line="240" w:lineRule="auto"/>
              <w:ind w:rightChars="94"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600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27A0F8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D749DD" w14:textId="77777777" w:rsidR="00EE39F6" w:rsidRPr="00CB7CEB" w:rsidRDefault="00EE39F6" w:rsidP="00F23EBD">
            <w:pPr>
              <w:spacing w:after="0" w:line="240" w:lineRule="auto"/>
              <w:ind w:right="358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EE39F6" w:rsidRPr="00DB00BD" w14:paraId="19359463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737B70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329F7" w14:textId="7D1142B9" w:rsidR="00EE39F6" w:rsidRPr="00F36929" w:rsidRDefault="00D4095A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  <w:t xml:space="preserve">什器・備品　</w:t>
            </w: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7DBE00" w14:textId="62902259" w:rsidR="00EE39F6" w:rsidRPr="00CB7CEB" w:rsidRDefault="00D4095A" w:rsidP="00D4095A">
            <w:pPr>
              <w:spacing w:after="0" w:line="240" w:lineRule="auto"/>
              <w:ind w:rightChars="94"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300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ED499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AFC16" w14:textId="77777777" w:rsidR="00EE39F6" w:rsidRPr="00CB7CEB" w:rsidRDefault="00EE39F6" w:rsidP="00F23EBD">
            <w:pPr>
              <w:spacing w:after="0" w:line="240" w:lineRule="auto"/>
              <w:ind w:right="358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EE39F6" w:rsidRPr="00DB00BD" w14:paraId="134E93DE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8A6861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31B3B" w14:textId="13FCFEEE" w:rsidR="00EE39F6" w:rsidRPr="00F36929" w:rsidRDefault="00D4095A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  <w:t xml:space="preserve">配達用設備　</w:t>
            </w: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C87B40" w14:textId="4E82A4C5" w:rsidR="00EE39F6" w:rsidRPr="00CB7CEB" w:rsidRDefault="00D4095A" w:rsidP="00D4095A">
            <w:pPr>
              <w:spacing w:after="0" w:line="240" w:lineRule="auto"/>
              <w:ind w:rightChars="94"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200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2D37C3" w14:textId="5A35E0D3" w:rsidR="00EE39F6" w:rsidRPr="00DB00BD" w:rsidRDefault="0095075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借入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076F89" w14:textId="00227370" w:rsidR="00EE39F6" w:rsidRPr="00CB7CEB" w:rsidRDefault="00EE39F6" w:rsidP="00D4095A">
            <w:pPr>
              <w:spacing w:after="0" w:line="240" w:lineRule="auto"/>
              <w:ind w:rightChars="98" w:right="21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  <w:r w:rsidR="00D4095A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3,000</w:t>
            </w:r>
          </w:p>
        </w:tc>
      </w:tr>
      <w:tr w:rsidR="00EE39F6" w:rsidRPr="00DB00BD" w14:paraId="4535A06A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95B4E3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91919" w14:textId="77777777" w:rsidR="00EE39F6" w:rsidRPr="00F36929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548323" w14:textId="77777777" w:rsidR="00EE39F6" w:rsidRPr="00CB7CEB" w:rsidRDefault="00EE39F6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37B240" w14:textId="77777777" w:rsidR="00EE39F6" w:rsidRPr="00DB00BD" w:rsidRDefault="00EE39F6" w:rsidP="00B00893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021D95" w14:textId="77777777" w:rsidR="00EE39F6" w:rsidRPr="00CB7CEB" w:rsidRDefault="00EE39F6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8236FD" w:rsidRPr="00DB00BD" w14:paraId="0D6065E6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57E0B2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3CC82" w14:textId="77777777" w:rsidR="008236FD" w:rsidRPr="00F36929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D9416A" w14:textId="77777777" w:rsidR="008236FD" w:rsidRPr="00CB7CEB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F3D1A" w14:textId="46ED988A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D77FA" w14:textId="733F98D7" w:rsidR="008236FD" w:rsidRPr="00CB7CEB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8236FD" w:rsidRPr="00DB00BD" w14:paraId="1B0C3468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31E53F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480AD" w14:textId="77777777" w:rsidR="008236FD" w:rsidRPr="00F36929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3917B6" w14:textId="77777777" w:rsidR="008236FD" w:rsidRPr="00CB7CEB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4F50B2" w14:textId="5F5AE7A3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その他</w:t>
            </w:r>
            <w:r w:rsidR="00CB7CEB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1F2646" w14:textId="19397748" w:rsidR="008236FD" w:rsidRPr="00CB7CEB" w:rsidRDefault="008236FD" w:rsidP="00D4095A">
            <w:pPr>
              <w:spacing w:after="0" w:line="240" w:lineRule="auto"/>
              <w:ind w:rightChars="98" w:right="21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  <w:r w:rsidR="00D4095A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500</w:t>
            </w:r>
          </w:p>
        </w:tc>
      </w:tr>
      <w:tr w:rsidR="008236FD" w:rsidRPr="00DB00BD" w14:paraId="3B4DF989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433F9D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C4EF7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9E26E8" w14:textId="074D01FD" w:rsidR="008236FD" w:rsidRPr="00CB7CEB" w:rsidRDefault="008236FD" w:rsidP="00F23EBD">
            <w:pPr>
              <w:spacing w:after="0" w:line="240" w:lineRule="auto"/>
              <w:ind w:rightChars="84" w:right="185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476F92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835B30" w14:textId="77777777" w:rsidR="008236FD" w:rsidRPr="00CB7CEB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8236FD" w:rsidRPr="00DB00BD" w14:paraId="32320ED6" w14:textId="77777777" w:rsidTr="00F36929">
        <w:trPr>
          <w:trHeight w:val="70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6ABFFB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53D766" w14:textId="77777777" w:rsidR="008236FD" w:rsidRPr="00DB00BD" w:rsidRDefault="008236FD" w:rsidP="008236FD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合計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B4E60" w14:textId="3D065458" w:rsidR="008236FD" w:rsidRPr="00CB7CEB" w:rsidRDefault="00D4095A" w:rsidP="00F23EBD">
            <w:pPr>
              <w:spacing w:after="0" w:line="240" w:lineRule="auto"/>
              <w:ind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3,000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7AAF6A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4445AF" w14:textId="77777777" w:rsidR="008236FD" w:rsidRPr="00CB7CEB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8236FD" w:rsidRPr="00DB00BD" w14:paraId="2EA75640" w14:textId="77777777" w:rsidTr="00F36929">
        <w:trPr>
          <w:trHeight w:val="314"/>
          <w:jc w:val="right"/>
        </w:trPr>
        <w:tc>
          <w:tcPr>
            <w:tcW w:w="2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tbRlV"/>
            <w:vAlign w:val="center"/>
            <w:hideMark/>
          </w:tcPr>
          <w:p w14:paraId="456FED6D" w14:textId="77777777" w:rsidR="008236FD" w:rsidRPr="00DB00BD" w:rsidRDefault="008236FD" w:rsidP="008236FD">
            <w:pPr>
              <w:spacing w:after="0" w:line="240" w:lineRule="auto"/>
              <w:ind w:left="113" w:right="113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運転資金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44596" w14:textId="05230E99" w:rsidR="008236FD" w:rsidRPr="00F36929" w:rsidRDefault="00D4095A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  <w:t>開業時仕入資金</w:t>
            </w: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1E8746" w14:textId="2547CF1E" w:rsidR="008236FD" w:rsidRPr="00CB7CEB" w:rsidRDefault="008236FD" w:rsidP="00D4095A">
            <w:pPr>
              <w:spacing w:after="0" w:line="240" w:lineRule="auto"/>
              <w:ind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  <w:r w:rsidR="00D4095A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600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3864F8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088A1D" w14:textId="77777777" w:rsidR="008236FD" w:rsidRPr="00CB7CEB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8236FD" w:rsidRPr="00DB00BD" w14:paraId="77FEA7D7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30AFA3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ECFA4" w14:textId="040EB8D5" w:rsidR="008236FD" w:rsidRPr="00F36929" w:rsidRDefault="00D4095A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  <w:t>広告宣伝費</w:t>
            </w: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008EBB" w14:textId="5340C3E1" w:rsidR="008236FD" w:rsidRPr="00CB7CEB" w:rsidRDefault="008236FD" w:rsidP="00D4095A">
            <w:pPr>
              <w:spacing w:after="0" w:line="240" w:lineRule="auto"/>
              <w:ind w:rightChars="94"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  <w:r w:rsidR="00D4095A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300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709910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5B05EA" w14:textId="77777777" w:rsidR="008236FD" w:rsidRPr="00CB7CEB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8236FD" w:rsidRPr="00DB00BD" w14:paraId="04479D38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79C808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BCE84" w14:textId="79D3B56C" w:rsidR="008236FD" w:rsidRPr="00F36929" w:rsidRDefault="00D4095A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cs="ＭＳ Ｐゴシック" w:hint="eastAsia"/>
                <w:color w:val="EE0000"/>
                <w:sz w:val="21"/>
                <w:szCs w:val="21"/>
                <w:lang w:eastAsia="ja-JP"/>
              </w:rPr>
              <w:t>賃借料</w:t>
            </w: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2EA8A5" w14:textId="7F1B64D9" w:rsidR="008236FD" w:rsidRPr="00CB7CEB" w:rsidRDefault="008236FD" w:rsidP="00D4095A">
            <w:pPr>
              <w:spacing w:after="0" w:line="240" w:lineRule="auto"/>
              <w:ind w:rightChars="94"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  <w:r w:rsidR="00D4095A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300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08A42C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9FD8A8" w14:textId="77777777" w:rsidR="008236FD" w:rsidRPr="00CB7CEB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8236FD" w:rsidRPr="00DB00BD" w14:paraId="2D8D48C3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672E4E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852AE" w14:textId="406CFD72" w:rsidR="008236FD" w:rsidRPr="00F36929" w:rsidRDefault="00D4095A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cs="ＭＳ Ｐゴシック" w:hint="eastAsia"/>
                <w:color w:val="EE0000"/>
                <w:sz w:val="21"/>
                <w:szCs w:val="21"/>
                <w:lang w:eastAsia="ja-JP"/>
              </w:rPr>
              <w:t>人件費</w:t>
            </w: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38D014" w14:textId="52B56CF1" w:rsidR="008236FD" w:rsidRPr="00CB7CEB" w:rsidRDefault="00D4095A" w:rsidP="00D4095A">
            <w:pPr>
              <w:spacing w:after="0" w:line="240" w:lineRule="auto"/>
              <w:ind w:rightChars="94"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400</w:t>
            </w:r>
            <w:r w:rsidR="008236FD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935447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D90477" w14:textId="77777777" w:rsidR="008236FD" w:rsidRPr="00CB7CEB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8236FD" w:rsidRPr="00DB00BD" w14:paraId="049930B8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2D1A50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72EC0" w14:textId="1664D99A" w:rsidR="008236FD" w:rsidRPr="00F36929" w:rsidRDefault="00D4095A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cs="ＭＳ Ｐゴシック" w:hint="eastAsia"/>
                <w:color w:val="EE0000"/>
                <w:sz w:val="21"/>
                <w:szCs w:val="21"/>
                <w:lang w:eastAsia="ja-JP"/>
              </w:rPr>
              <w:t>光熱費等</w:t>
            </w: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A964BA" w14:textId="20FAB8AB" w:rsidR="008236FD" w:rsidRPr="00CB7CEB" w:rsidRDefault="008236FD" w:rsidP="00D4095A">
            <w:pPr>
              <w:spacing w:after="0" w:line="240" w:lineRule="auto"/>
              <w:ind w:rightChars="94"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  <w:r w:rsidR="00D4095A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200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89F97B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4C9266" w14:textId="77777777" w:rsidR="008236FD" w:rsidRPr="00CB7CEB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8236FD" w:rsidRPr="00DB00BD" w14:paraId="048DB45E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EEB846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FF618" w14:textId="55B51610" w:rsidR="008236FD" w:rsidRPr="00F36929" w:rsidRDefault="00D4095A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EE0000"/>
                <w:sz w:val="21"/>
                <w:szCs w:val="21"/>
                <w:lang w:eastAsia="ja-JP"/>
              </w:rPr>
            </w:pPr>
            <w:r w:rsidRPr="00F36929">
              <w:rPr>
                <w:rFonts w:ascii="BIZ UDPゴシック" w:eastAsia="BIZ UDPゴシック" w:hAnsi="BIZ UDPゴシック" w:cs="ＭＳ Ｐゴシック" w:hint="eastAsia"/>
                <w:color w:val="EE0000"/>
                <w:sz w:val="21"/>
                <w:szCs w:val="21"/>
                <w:lang w:eastAsia="ja-JP"/>
              </w:rPr>
              <w:t>その他諸経費</w:t>
            </w: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30FE69" w14:textId="6A4D41BF" w:rsidR="008236FD" w:rsidRPr="00CB7CEB" w:rsidRDefault="008236FD" w:rsidP="00D4095A">
            <w:pPr>
              <w:spacing w:after="0" w:line="240" w:lineRule="auto"/>
              <w:ind w:rightChars="94"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  <w:r w:rsidR="00D4095A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200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9D008C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A70C3F" w14:textId="77777777" w:rsidR="008236FD" w:rsidRPr="00CB7CEB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8236FD" w:rsidRPr="00DB00BD" w14:paraId="742730AA" w14:textId="77777777" w:rsidTr="00F36929">
        <w:trPr>
          <w:trHeight w:val="314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4D27B4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90F03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C1D224" w14:textId="77777777" w:rsidR="008236FD" w:rsidRPr="00CB7CEB" w:rsidRDefault="008236FD" w:rsidP="00F23EBD">
            <w:pPr>
              <w:spacing w:after="0" w:line="240" w:lineRule="auto"/>
              <w:ind w:right="348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A75FB5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820C86" w14:textId="77777777" w:rsidR="008236FD" w:rsidRPr="00CB7CEB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8236FD" w:rsidRPr="00DB00BD" w14:paraId="3461060D" w14:textId="77777777" w:rsidTr="00F36929">
        <w:trPr>
          <w:trHeight w:val="387"/>
          <w:jc w:val="right"/>
        </w:trPr>
        <w:tc>
          <w:tcPr>
            <w:tcW w:w="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82EE9C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088C19" w14:textId="77777777" w:rsidR="008236FD" w:rsidRPr="00DB00BD" w:rsidRDefault="008236FD" w:rsidP="008236FD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合計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3621E" w14:textId="16D5D4F7" w:rsidR="008236FD" w:rsidRPr="00CB7CEB" w:rsidRDefault="008236FD" w:rsidP="00D4095A">
            <w:pPr>
              <w:spacing w:after="0" w:line="240" w:lineRule="auto"/>
              <w:ind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  <w:r w:rsidR="00D4095A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2,000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07D3DE" w14:textId="77777777" w:rsidR="008236FD" w:rsidRPr="00DB00BD" w:rsidRDefault="008236FD" w:rsidP="008236FD">
            <w:pPr>
              <w:spacing w:after="0" w:line="240" w:lineRule="auto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F85851" w14:textId="77777777" w:rsidR="008236FD" w:rsidRPr="00CB7CEB" w:rsidRDefault="008236FD" w:rsidP="00F23EBD">
            <w:pPr>
              <w:spacing w:after="0" w:line="240" w:lineRule="auto"/>
              <w:ind w:rightChars="162" w:right="35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</w:p>
        </w:tc>
      </w:tr>
      <w:tr w:rsidR="008236FD" w:rsidRPr="00DB00BD" w14:paraId="5F0E5E7C" w14:textId="77777777" w:rsidTr="00F36929">
        <w:trPr>
          <w:trHeight w:val="445"/>
          <w:jc w:val="right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931E669" w14:textId="77777777" w:rsidR="008236FD" w:rsidRPr="00DB00BD" w:rsidRDefault="008236FD" w:rsidP="008236FD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総合計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0FAC6" w14:textId="16CF7DC2" w:rsidR="008236FD" w:rsidRPr="00CB7CEB" w:rsidRDefault="008236FD" w:rsidP="00D4095A">
            <w:pPr>
              <w:spacing w:after="0" w:line="240" w:lineRule="auto"/>
              <w:ind w:rightChars="94" w:right="207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  <w:r w:rsidR="00D4095A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5,000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15359" w14:textId="77777777" w:rsidR="008236FD" w:rsidRPr="00DB00BD" w:rsidRDefault="008236FD" w:rsidP="008236FD">
            <w:pPr>
              <w:spacing w:after="0" w:line="240" w:lineRule="auto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B00B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eastAsia="ja-JP"/>
              </w:rPr>
              <w:t>総合計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F8000" w14:textId="69E01A9E" w:rsidR="008236FD" w:rsidRPr="00CB7CEB" w:rsidRDefault="008236FD" w:rsidP="00D4095A">
            <w:pPr>
              <w:spacing w:after="0" w:line="240" w:lineRule="auto"/>
              <w:ind w:rightChars="98" w:right="216"/>
              <w:jc w:val="right"/>
              <w:rPr>
                <w:rFonts w:ascii="BIZ UDPゴシック" w:eastAsia="BIZ UDPゴシック" w:hAnsi="BIZ UDPゴシック" w:cs="ＭＳ Ｐゴシック"/>
                <w:color w:val="EE0000"/>
                <w:lang w:eastAsia="ja-JP"/>
              </w:rPr>
            </w:pPr>
            <w:r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 xml:space="preserve">　</w:t>
            </w:r>
            <w:r w:rsidR="00D4095A" w:rsidRPr="00CB7CEB">
              <w:rPr>
                <w:rFonts w:ascii="BIZ UDPゴシック" w:eastAsia="BIZ UDPゴシック" w:hAnsi="BIZ UDPゴシック" w:cs="ＭＳ Ｐゴシック" w:hint="eastAsia"/>
                <w:color w:val="EE0000"/>
                <w:lang w:eastAsia="ja-JP"/>
              </w:rPr>
              <w:t>5,000</w:t>
            </w:r>
          </w:p>
        </w:tc>
      </w:tr>
    </w:tbl>
    <w:p w14:paraId="4FD952E0" w14:textId="77777777" w:rsidR="00F36929" w:rsidRDefault="00F36929" w:rsidP="00F36929">
      <w:pPr>
        <w:spacing w:after="0"/>
        <w:rPr>
          <w:rFonts w:ascii="BIZ UDPゴシック" w:eastAsia="BIZ UDPゴシック" w:hAnsi="BIZ UDPゴシック"/>
          <w:lang w:eastAsia="ja-JP"/>
        </w:rPr>
      </w:pPr>
    </w:p>
    <w:p w14:paraId="54BCA781" w14:textId="06463E86" w:rsidR="001C6E0F" w:rsidRDefault="00F36929" w:rsidP="00F36929">
      <w:pPr>
        <w:spacing w:after="0" w:line="240" w:lineRule="auto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8</w:t>
      </w:r>
      <w:r w:rsidR="001C6E0F">
        <w:rPr>
          <w:rFonts w:ascii="BIZ UDPゴシック" w:eastAsia="BIZ UDPゴシック" w:hAnsi="BIZ UDPゴシック" w:hint="eastAsia"/>
          <w:lang w:eastAsia="ja-JP"/>
        </w:rPr>
        <w:t>．事業</w:t>
      </w:r>
      <w:r w:rsidR="00A45C89">
        <w:rPr>
          <w:rFonts w:ascii="BIZ UDPゴシック" w:eastAsia="BIZ UDPゴシック" w:hAnsi="BIZ UDPゴシック" w:hint="eastAsia"/>
          <w:lang w:eastAsia="ja-JP"/>
        </w:rPr>
        <w:t>化・事業展開スケジュール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1C6E0F" w14:paraId="7C7479B8" w14:textId="77777777" w:rsidTr="00F36929">
        <w:trPr>
          <w:trHeight w:val="3106"/>
        </w:trPr>
        <w:tc>
          <w:tcPr>
            <w:tcW w:w="10076" w:type="dxa"/>
          </w:tcPr>
          <w:p w14:paraId="7B72C174" w14:textId="31B3E1C6" w:rsidR="001C6E0F" w:rsidRDefault="00675799" w:rsidP="00DB00BD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F36929">
              <w:rPr>
                <w:rFonts w:ascii="BIZ UDPゴシック" w:eastAsia="BIZ UDPゴシック" w:hAnsi="BIZ UDPゴシック"/>
                <w:color w:val="EE0000"/>
                <w:lang w:eastAsia="ja-JP"/>
              </w:rPr>
              <w:t>開業・事業化までの準備、その後の事業展開について、時期と具体的な取組を記載してください。</w:t>
            </w:r>
          </w:p>
        </w:tc>
      </w:tr>
    </w:tbl>
    <w:p w14:paraId="7089DB7F" w14:textId="54C4E6C9" w:rsidR="00E712C2" w:rsidRPr="00D91A67" w:rsidRDefault="00E712C2" w:rsidP="001C6E0F">
      <w:pPr>
        <w:spacing w:after="0"/>
        <w:rPr>
          <w:rFonts w:ascii="BIZ UDPゴシック" w:eastAsia="BIZ UDPゴシック" w:hAnsi="BIZ UDPゴシック"/>
          <w:color w:val="EE0000"/>
          <w:sz w:val="24"/>
          <w:szCs w:val="24"/>
          <w:u w:val="single"/>
          <w:lang w:eastAsia="ja-JP"/>
        </w:rPr>
      </w:pPr>
      <w:r w:rsidRPr="00D91A67">
        <w:rPr>
          <w:rFonts w:ascii="BIZ UDPゴシック" w:eastAsia="BIZ UDPゴシック" w:hAnsi="BIZ UDPゴシック" w:hint="eastAsia"/>
          <w:color w:val="EE0000"/>
          <w:sz w:val="24"/>
          <w:szCs w:val="24"/>
          <w:u w:val="single"/>
          <w:lang w:eastAsia="ja-JP"/>
        </w:rPr>
        <w:t>※</w:t>
      </w:r>
      <w:r w:rsidR="00EB0AE6" w:rsidRPr="00D91A67">
        <w:rPr>
          <w:rFonts w:ascii="BIZ UDPゴシック" w:eastAsia="BIZ UDPゴシック" w:hAnsi="BIZ UDPゴシック"/>
          <w:color w:val="EE0000"/>
          <w:sz w:val="24"/>
          <w:szCs w:val="24"/>
          <w:u w:val="single"/>
          <w:lang w:eastAsia="ja-JP"/>
        </w:rPr>
        <w:t>各項目の入力欄は、必要に応じて行数や高さを変更してご記入いただいて構いません。</w:t>
      </w:r>
    </w:p>
    <w:p w14:paraId="3CAEF2A3" w14:textId="5FE4F00E" w:rsidR="00E712C2" w:rsidRPr="00D91A67" w:rsidRDefault="00E712C2" w:rsidP="001C6E0F">
      <w:pPr>
        <w:spacing w:after="0"/>
        <w:rPr>
          <w:rFonts w:ascii="BIZ UDPゴシック" w:eastAsia="BIZ UDPゴシック" w:hAnsi="BIZ UDPゴシック"/>
          <w:color w:val="EE0000"/>
          <w:sz w:val="24"/>
          <w:szCs w:val="24"/>
          <w:u w:val="single"/>
          <w:lang w:eastAsia="ja-JP"/>
        </w:rPr>
      </w:pPr>
      <w:r w:rsidRPr="00D91A67">
        <w:rPr>
          <w:rFonts w:ascii="BIZ UDPゴシック" w:eastAsia="BIZ UDPゴシック" w:hAnsi="BIZ UDPゴシック" w:hint="eastAsia"/>
          <w:color w:val="EE0000"/>
          <w:sz w:val="24"/>
          <w:szCs w:val="24"/>
          <w:u w:val="single"/>
          <w:lang w:eastAsia="ja-JP"/>
        </w:rPr>
        <w:t>※</w:t>
      </w:r>
      <w:r w:rsidRPr="00D91A67">
        <w:rPr>
          <w:rFonts w:ascii="BIZ UDPゴシック" w:eastAsia="BIZ UDPゴシック" w:hAnsi="BIZ UDPゴシック"/>
          <w:color w:val="EE0000"/>
          <w:sz w:val="24"/>
          <w:szCs w:val="24"/>
          <w:u w:val="single"/>
          <w:lang w:eastAsia="ja-JP"/>
        </w:rPr>
        <w:t>補足資料がある場合は別途添付してください</w:t>
      </w:r>
      <w:r w:rsidR="00113665" w:rsidRPr="00D91A67">
        <w:rPr>
          <w:rFonts w:ascii="BIZ UDPゴシック" w:eastAsia="BIZ UDPゴシック" w:hAnsi="BIZ UDPゴシック" w:hint="eastAsia"/>
          <w:color w:val="EE0000"/>
          <w:sz w:val="24"/>
          <w:szCs w:val="24"/>
          <w:u w:val="single"/>
          <w:lang w:eastAsia="ja-JP"/>
        </w:rPr>
        <w:t>。（応募用紙と合算してA4サイズ８枚まで可）</w:t>
      </w:r>
    </w:p>
    <w:sectPr w:rsidR="00E712C2" w:rsidRPr="00D91A67" w:rsidSect="00443730">
      <w:footerReference w:type="default" r:id="rId7"/>
      <w:pgSz w:w="11906" w:h="16838" w:code="9"/>
      <w:pgMar w:top="1021" w:right="1077" w:bottom="1021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17324" w14:textId="77777777" w:rsidR="009112A3" w:rsidRDefault="009112A3" w:rsidP="00357B4C">
      <w:pPr>
        <w:spacing w:after="0" w:line="240" w:lineRule="auto"/>
      </w:pPr>
      <w:r>
        <w:separator/>
      </w:r>
    </w:p>
  </w:endnote>
  <w:endnote w:type="continuationSeparator" w:id="0">
    <w:p w14:paraId="4279BDF0" w14:textId="77777777" w:rsidR="009112A3" w:rsidRDefault="009112A3" w:rsidP="00357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2887634"/>
      <w:docPartObj>
        <w:docPartGallery w:val="Page Numbers (Bottom of Page)"/>
        <w:docPartUnique/>
      </w:docPartObj>
    </w:sdtPr>
    <w:sdtEndPr/>
    <w:sdtContent>
      <w:p w14:paraId="711E763F" w14:textId="6D647461" w:rsidR="00E712C2" w:rsidRDefault="00E712C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743F331C" w14:textId="77777777" w:rsidR="00E712C2" w:rsidRDefault="00E712C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286B6" w14:textId="77777777" w:rsidR="009112A3" w:rsidRDefault="009112A3" w:rsidP="00357B4C">
      <w:pPr>
        <w:spacing w:after="0" w:line="240" w:lineRule="auto"/>
      </w:pPr>
      <w:r>
        <w:separator/>
      </w:r>
    </w:p>
  </w:footnote>
  <w:footnote w:type="continuationSeparator" w:id="0">
    <w:p w14:paraId="53D51140" w14:textId="77777777" w:rsidR="009112A3" w:rsidRDefault="009112A3" w:rsidP="00357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7D6648"/>
    <w:multiLevelType w:val="multilevel"/>
    <w:tmpl w:val="649E6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9D0D04"/>
    <w:multiLevelType w:val="multilevel"/>
    <w:tmpl w:val="11D4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CB4717"/>
    <w:multiLevelType w:val="multilevel"/>
    <w:tmpl w:val="DE6C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516700">
    <w:abstractNumId w:val="8"/>
  </w:num>
  <w:num w:numId="2" w16cid:durableId="309945886">
    <w:abstractNumId w:val="6"/>
  </w:num>
  <w:num w:numId="3" w16cid:durableId="739789222">
    <w:abstractNumId w:val="5"/>
  </w:num>
  <w:num w:numId="4" w16cid:durableId="455759917">
    <w:abstractNumId w:val="4"/>
  </w:num>
  <w:num w:numId="5" w16cid:durableId="109013048">
    <w:abstractNumId w:val="7"/>
  </w:num>
  <w:num w:numId="6" w16cid:durableId="1951279326">
    <w:abstractNumId w:val="3"/>
  </w:num>
  <w:num w:numId="7" w16cid:durableId="981692492">
    <w:abstractNumId w:val="2"/>
  </w:num>
  <w:num w:numId="8" w16cid:durableId="894701203">
    <w:abstractNumId w:val="1"/>
  </w:num>
  <w:num w:numId="9" w16cid:durableId="1753314166">
    <w:abstractNumId w:val="0"/>
  </w:num>
  <w:num w:numId="10" w16cid:durableId="379322784">
    <w:abstractNumId w:val="11"/>
  </w:num>
  <w:num w:numId="11" w16cid:durableId="1168133182">
    <w:abstractNumId w:val="9"/>
  </w:num>
  <w:num w:numId="12" w16cid:durableId="17390914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88C"/>
    <w:rsid w:val="00034616"/>
    <w:rsid w:val="0006027A"/>
    <w:rsid w:val="0006063C"/>
    <w:rsid w:val="00086029"/>
    <w:rsid w:val="000B7B83"/>
    <w:rsid w:val="000D23EF"/>
    <w:rsid w:val="000E7527"/>
    <w:rsid w:val="00104A8D"/>
    <w:rsid w:val="00113665"/>
    <w:rsid w:val="0015074B"/>
    <w:rsid w:val="001C6E0F"/>
    <w:rsid w:val="00202258"/>
    <w:rsid w:val="00243671"/>
    <w:rsid w:val="00284BF4"/>
    <w:rsid w:val="0029639D"/>
    <w:rsid w:val="002D4695"/>
    <w:rsid w:val="00326F90"/>
    <w:rsid w:val="00340FDB"/>
    <w:rsid w:val="00357B4C"/>
    <w:rsid w:val="003B200C"/>
    <w:rsid w:val="0040772F"/>
    <w:rsid w:val="004332A0"/>
    <w:rsid w:val="00443730"/>
    <w:rsid w:val="00445A28"/>
    <w:rsid w:val="00447CDA"/>
    <w:rsid w:val="004877ED"/>
    <w:rsid w:val="00496F94"/>
    <w:rsid w:val="00496FD3"/>
    <w:rsid w:val="004A1F26"/>
    <w:rsid w:val="004B3B28"/>
    <w:rsid w:val="0057330D"/>
    <w:rsid w:val="00595CFA"/>
    <w:rsid w:val="005B58C1"/>
    <w:rsid w:val="005D7B22"/>
    <w:rsid w:val="006272B7"/>
    <w:rsid w:val="00675799"/>
    <w:rsid w:val="006D61D9"/>
    <w:rsid w:val="006D6877"/>
    <w:rsid w:val="007126D9"/>
    <w:rsid w:val="007E5BA5"/>
    <w:rsid w:val="00804542"/>
    <w:rsid w:val="008236FD"/>
    <w:rsid w:val="008469F4"/>
    <w:rsid w:val="00867B56"/>
    <w:rsid w:val="00873230"/>
    <w:rsid w:val="008817CA"/>
    <w:rsid w:val="009103A5"/>
    <w:rsid w:val="009112A3"/>
    <w:rsid w:val="00915C19"/>
    <w:rsid w:val="00922F0A"/>
    <w:rsid w:val="009317F8"/>
    <w:rsid w:val="009462CD"/>
    <w:rsid w:val="00950756"/>
    <w:rsid w:val="009A5F36"/>
    <w:rsid w:val="00A34259"/>
    <w:rsid w:val="00A417D9"/>
    <w:rsid w:val="00A45C89"/>
    <w:rsid w:val="00AA03BE"/>
    <w:rsid w:val="00AA1D8D"/>
    <w:rsid w:val="00AD30BA"/>
    <w:rsid w:val="00B47730"/>
    <w:rsid w:val="00BA3D58"/>
    <w:rsid w:val="00BE2B48"/>
    <w:rsid w:val="00C45BDF"/>
    <w:rsid w:val="00CA39F4"/>
    <w:rsid w:val="00CB0664"/>
    <w:rsid w:val="00CB7CEB"/>
    <w:rsid w:val="00D4095A"/>
    <w:rsid w:val="00D91A67"/>
    <w:rsid w:val="00DA3162"/>
    <w:rsid w:val="00DB00BD"/>
    <w:rsid w:val="00DB5DCB"/>
    <w:rsid w:val="00DE0497"/>
    <w:rsid w:val="00E61B24"/>
    <w:rsid w:val="00E712C2"/>
    <w:rsid w:val="00EB0AE6"/>
    <w:rsid w:val="00ED3E19"/>
    <w:rsid w:val="00EE39F6"/>
    <w:rsid w:val="00EE42A4"/>
    <w:rsid w:val="00F23EBD"/>
    <w:rsid w:val="00F36929"/>
    <w:rsid w:val="00F77E7E"/>
    <w:rsid w:val="00FC693F"/>
    <w:rsid w:val="00FF27C3"/>
    <w:rsid w:val="00FF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C1CB26"/>
  <w14:defaultImageDpi w14:val="330"/>
  <w15:docId w15:val="{55AAF537-D48C-46B4-8240-529AD8B8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8">
    <w:name w:val="表 (格子)1"/>
    <w:basedOn w:val="a3"/>
    <w:next w:val="afe"/>
    <w:uiPriority w:val="39"/>
    <w:rsid w:val="00BA3D58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annotation reference"/>
    <w:basedOn w:val="a2"/>
    <w:uiPriority w:val="99"/>
    <w:semiHidden/>
    <w:unhideWhenUsed/>
    <w:rsid w:val="004877ED"/>
    <w:rPr>
      <w:sz w:val="18"/>
      <w:szCs w:val="18"/>
    </w:rPr>
  </w:style>
  <w:style w:type="paragraph" w:styleId="aff0">
    <w:name w:val="annotation text"/>
    <w:basedOn w:val="a1"/>
    <w:link w:val="aff1"/>
    <w:uiPriority w:val="99"/>
    <w:unhideWhenUsed/>
    <w:rsid w:val="004877ED"/>
  </w:style>
  <w:style w:type="character" w:customStyle="1" w:styleId="aff1">
    <w:name w:val="コメント文字列 (文字)"/>
    <w:basedOn w:val="a2"/>
    <w:link w:val="aff0"/>
    <w:uiPriority w:val="99"/>
    <w:rsid w:val="004877ED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4877ED"/>
    <w:rPr>
      <w:b/>
      <w:bCs/>
    </w:rPr>
  </w:style>
  <w:style w:type="character" w:customStyle="1" w:styleId="aff3">
    <w:name w:val="コメント内容 (文字)"/>
    <w:basedOn w:val="aff1"/>
    <w:link w:val="aff2"/>
    <w:uiPriority w:val="99"/>
    <w:semiHidden/>
    <w:rsid w:val="004877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由基</dc:creator>
  <cp:lastModifiedBy>佐藤 由基</cp:lastModifiedBy>
  <cp:revision>9</cp:revision>
  <cp:lastPrinted>2026-09-08T06:39:00Z</cp:lastPrinted>
  <dcterms:created xsi:type="dcterms:W3CDTF">2026-09-08T05:48:00Z</dcterms:created>
  <dcterms:modified xsi:type="dcterms:W3CDTF">2026-09-11T04:03:00Z</dcterms:modified>
</cp:coreProperties>
</file>