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A9D44" w14:textId="2962FF31" w:rsidR="004B3B28" w:rsidRPr="009317F8" w:rsidRDefault="004B3B28" w:rsidP="004B3B28">
      <w:pPr>
        <w:jc w:val="center"/>
        <w:rPr>
          <w:rFonts w:ascii="BIZ UDPゴシック" w:eastAsia="BIZ UDPゴシック" w:hAnsi="BIZ UDPゴシック"/>
          <w:b/>
          <w:bCs/>
          <w:sz w:val="32"/>
          <w:szCs w:val="32"/>
          <w:lang w:eastAsia="ja-JP"/>
        </w:rPr>
      </w:pPr>
      <w:r w:rsidRPr="009317F8">
        <w:rPr>
          <w:rFonts w:ascii="BIZ UDPゴシック" w:eastAsia="BIZ UDPゴシック" w:hAnsi="BIZ UDPゴシック" w:hint="eastAsia"/>
          <w:b/>
          <w:bCs/>
          <w:sz w:val="32"/>
          <w:szCs w:val="32"/>
          <w:lang w:eastAsia="ja-JP"/>
        </w:rPr>
        <w:t>はちのへビジネスプランコンテスト202</w:t>
      </w:r>
      <w:r w:rsidR="00243671">
        <w:rPr>
          <w:rFonts w:ascii="BIZ UDPゴシック" w:eastAsia="BIZ UDPゴシック" w:hAnsi="BIZ UDPゴシック" w:hint="eastAsia"/>
          <w:b/>
          <w:bCs/>
          <w:sz w:val="32"/>
          <w:szCs w:val="32"/>
          <w:lang w:eastAsia="ja-JP"/>
        </w:rPr>
        <w:t>6</w:t>
      </w:r>
    </w:p>
    <w:p w14:paraId="2331AF90" w14:textId="761C061D" w:rsidR="00FF3926" w:rsidRPr="009317F8" w:rsidRDefault="004B3B28" w:rsidP="004B3B28">
      <w:pPr>
        <w:jc w:val="center"/>
        <w:rPr>
          <w:rFonts w:ascii="BIZ UDPゴシック" w:eastAsia="BIZ UDPゴシック" w:hAnsi="BIZ UDPゴシック"/>
          <w:sz w:val="32"/>
          <w:szCs w:val="32"/>
          <w:lang w:eastAsia="zh-TW"/>
        </w:rPr>
      </w:pPr>
      <w:r w:rsidRPr="009317F8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応募用紙</w:t>
      </w:r>
    </w:p>
    <w:p w14:paraId="27FC3CE5" w14:textId="4180DF08" w:rsidR="004B3B28" w:rsidRPr="00DB00BD" w:rsidRDefault="004B3B28" w:rsidP="004B3B28">
      <w:pPr>
        <w:spacing w:after="0"/>
        <w:jc w:val="right"/>
        <w:rPr>
          <w:rFonts w:ascii="BIZ UDPゴシック" w:eastAsia="BIZ UDPゴシック" w:hAnsi="BIZ UDPゴシック"/>
          <w:lang w:eastAsia="zh-TW"/>
        </w:rPr>
      </w:pPr>
      <w:r w:rsidRPr="00DB00BD">
        <w:rPr>
          <w:rFonts w:ascii="BIZ UDPゴシック" w:eastAsia="BIZ UDPゴシック" w:hAnsi="BIZ UDPゴシック" w:hint="eastAsia"/>
          <w:lang w:eastAsia="zh-TW"/>
        </w:rPr>
        <w:t>提出日：</w:t>
      </w:r>
      <w:r w:rsidR="0006027A">
        <w:rPr>
          <w:rFonts w:ascii="BIZ UDPゴシック" w:eastAsia="BIZ UDPゴシック" w:hAnsi="BIZ UDPゴシック" w:hint="eastAsia"/>
          <w:lang w:eastAsia="zh-TW"/>
        </w:rPr>
        <w:t xml:space="preserve">　　　　　</w:t>
      </w:r>
      <w:r w:rsidRPr="00DB00BD">
        <w:rPr>
          <w:rFonts w:ascii="BIZ UDPゴシック" w:eastAsia="BIZ UDPゴシック" w:hAnsi="BIZ UDPゴシック" w:hint="eastAsia"/>
          <w:lang w:eastAsia="zh-TW"/>
        </w:rPr>
        <w:t>年　　　　月　　　　日</w:t>
      </w:r>
    </w:p>
    <w:p w14:paraId="679B5465" w14:textId="77777777" w:rsidR="00243671" w:rsidRDefault="00243671" w:rsidP="004B3B28">
      <w:pPr>
        <w:spacing w:after="0"/>
        <w:rPr>
          <w:rFonts w:ascii="BIZ UDPゴシック" w:eastAsia="BIZ UDPゴシック" w:hAnsi="BIZ UDPゴシック"/>
          <w:lang w:eastAsia="zh-TW"/>
        </w:rPr>
      </w:pPr>
    </w:p>
    <w:p w14:paraId="2D5A8B30" w14:textId="64844264" w:rsidR="00243671" w:rsidRDefault="00F77E7E" w:rsidP="004B3B28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１．</w:t>
      </w:r>
      <w:r w:rsidR="00243671">
        <w:rPr>
          <w:rFonts w:ascii="BIZ UDPゴシック" w:eastAsia="BIZ UDPゴシック" w:hAnsi="BIZ UDPゴシック" w:hint="eastAsia"/>
          <w:lang w:eastAsia="ja-JP"/>
        </w:rPr>
        <w:t>応募部門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243671" w14:paraId="5B0284A3" w14:textId="77777777" w:rsidTr="00113665">
        <w:trPr>
          <w:trHeight w:val="491"/>
        </w:trPr>
        <w:tc>
          <w:tcPr>
            <w:tcW w:w="4871" w:type="dxa"/>
            <w:vAlign w:val="center"/>
          </w:tcPr>
          <w:p w14:paraId="19A826DA" w14:textId="2A70A109" w:rsidR="00243671" w:rsidRPr="00113665" w:rsidRDefault="00243671" w:rsidP="00F77E7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13665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□実践・実行部門</w:t>
            </w:r>
          </w:p>
        </w:tc>
        <w:tc>
          <w:tcPr>
            <w:tcW w:w="4871" w:type="dxa"/>
            <w:vAlign w:val="center"/>
          </w:tcPr>
          <w:p w14:paraId="62E735A9" w14:textId="077D02A6" w:rsidR="00243671" w:rsidRPr="00113665" w:rsidRDefault="00243671" w:rsidP="00F77E7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13665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□アイデア部門</w:t>
            </w:r>
          </w:p>
        </w:tc>
      </w:tr>
    </w:tbl>
    <w:p w14:paraId="53808FF5" w14:textId="77777777" w:rsidR="00243671" w:rsidRDefault="00243671" w:rsidP="004B3B28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3E88C91C" w14:textId="7F3F1A4B" w:rsidR="00F77E7E" w:rsidRDefault="00F77E7E" w:rsidP="004B3B28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２．</w:t>
      </w:r>
      <w:r w:rsidR="00E712C2">
        <w:rPr>
          <w:rFonts w:ascii="BIZ UDPゴシック" w:eastAsia="BIZ UDPゴシック" w:hAnsi="BIZ UDPゴシック" w:hint="eastAsia"/>
          <w:lang w:eastAsia="ja-JP"/>
        </w:rPr>
        <w:t>応募者プロフィール</w:t>
      </w:r>
    </w:p>
    <w:tbl>
      <w:tblPr>
        <w:tblStyle w:val="af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020"/>
        <w:gridCol w:w="1524"/>
        <w:gridCol w:w="496"/>
        <w:gridCol w:w="922"/>
        <w:gridCol w:w="1098"/>
        <w:gridCol w:w="1311"/>
        <w:gridCol w:w="709"/>
      </w:tblGrid>
      <w:tr w:rsidR="00424601" w:rsidRPr="00284BF4" w14:paraId="48425CB7" w14:textId="77777777" w:rsidTr="00FF27C3">
        <w:trPr>
          <w:trHeight w:val="7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E8FF5E4" w14:textId="01E788EF" w:rsidR="00424601" w:rsidRPr="00284BF4" w:rsidRDefault="00424601" w:rsidP="00424601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創業状況</w:t>
            </w:r>
          </w:p>
        </w:tc>
        <w:tc>
          <w:tcPr>
            <w:tcW w:w="8080" w:type="dxa"/>
            <w:gridSpan w:val="7"/>
            <w:vAlign w:val="center"/>
          </w:tcPr>
          <w:p w14:paraId="12A238C2" w14:textId="77777777" w:rsidR="00424601" w:rsidRDefault="00424601" w:rsidP="00424601">
            <w:pPr>
              <w:spacing w:line="276" w:lineRule="auto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□事業化前（アイデア部門）</w:t>
            </w:r>
          </w:p>
          <w:p w14:paraId="74682152" w14:textId="77777777" w:rsidR="00424601" w:rsidRDefault="00424601" w:rsidP="00424601">
            <w:pPr>
              <w:spacing w:line="276" w:lineRule="auto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□</w:t>
            </w:r>
            <w:r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創業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予定（　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年　　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月）</w:t>
            </w:r>
          </w:p>
          <w:p w14:paraId="53D90930" w14:textId="59D3457E" w:rsidR="00424601" w:rsidRPr="00284BF4" w:rsidRDefault="00424601" w:rsidP="00424601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創業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済み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（□個人事業　　　□法人）</w:t>
            </w:r>
          </w:p>
        </w:tc>
      </w:tr>
      <w:tr w:rsidR="00284BF4" w:rsidRPr="00284BF4" w14:paraId="6CD0CD8A" w14:textId="77777777" w:rsidTr="00FF27C3">
        <w:trPr>
          <w:trHeight w:val="115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34EBAFFF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法人名</w:t>
            </w:r>
            <w:proofErr w:type="spellEnd"/>
          </w:p>
          <w:p w14:paraId="50CBA978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（</w:t>
            </w: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屋号</w:t>
            </w:r>
            <w:proofErr w:type="spellEnd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303146A6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D7010EA" w14:textId="6BB3C386" w:rsidR="00F77E7E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学校名</w:t>
            </w:r>
            <w:proofErr w:type="spellEnd"/>
          </w:p>
        </w:tc>
        <w:tc>
          <w:tcPr>
            <w:tcW w:w="3118" w:type="dxa"/>
            <w:gridSpan w:val="3"/>
            <w:vAlign w:val="center"/>
          </w:tcPr>
          <w:p w14:paraId="7F45CD33" w14:textId="46A9048B" w:rsidR="00284BF4" w:rsidRPr="00F77E7E" w:rsidRDefault="00284BF4" w:rsidP="00190714">
            <w:pPr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（</w:t>
            </w:r>
            <w:proofErr w:type="spellStart"/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学生の場合のみ</w:t>
            </w:r>
            <w:proofErr w:type="spellEnd"/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）</w:t>
            </w:r>
          </w:p>
          <w:p w14:paraId="790EFAED" w14:textId="77777777" w:rsid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  <w:p w14:paraId="33DE28D2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</w:tr>
      <w:tr w:rsidR="00284BF4" w:rsidRPr="00284BF4" w14:paraId="6903ABFD" w14:textId="77777777" w:rsidTr="00FF27C3">
        <w:trPr>
          <w:trHeight w:val="845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16A0B64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7C43B04D" w14:textId="36E753D4" w:rsidR="00284BF4" w:rsidRPr="00F77E7E" w:rsidRDefault="00284BF4" w:rsidP="00284BF4">
            <w:pPr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設立</w:t>
            </w:r>
            <w:r w:rsidR="002F7FBA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日：　　　　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年</w:t>
            </w:r>
            <w:r w:rsidR="002F7FBA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　　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月</w:t>
            </w:r>
            <w:r w:rsidR="002F7FBA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</w:t>
            </w:r>
            <w:r w:rsidR="002F7FBA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　日</w:t>
            </w:r>
          </w:p>
          <w:p w14:paraId="4BCF63EC" w14:textId="64912B83" w:rsidR="00284BF4" w:rsidRPr="00284BF4" w:rsidRDefault="002F7FBA" w:rsidP="002F7FBA">
            <w:pPr>
              <w:ind w:rightChars="-52" w:right="-114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（個人事業</w:t>
            </w:r>
            <w:r w:rsidR="00284BF4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：</w:t>
            </w:r>
            <w:r w:rsidR="00FF27C3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開業日</w:t>
            </w:r>
            <w:r w:rsidR="00284BF4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　　年</w:t>
            </w:r>
            <w:r w:rsid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</w:t>
            </w:r>
            <w:r w:rsidR="00284BF4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月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　　日</w:t>
            </w:r>
            <w:r w:rsidR="00284BF4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E392894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事業HP等URL</w:t>
            </w:r>
            <w:proofErr w:type="spellEnd"/>
          </w:p>
        </w:tc>
        <w:tc>
          <w:tcPr>
            <w:tcW w:w="3118" w:type="dxa"/>
            <w:gridSpan w:val="3"/>
            <w:vAlign w:val="center"/>
          </w:tcPr>
          <w:p w14:paraId="21D6996C" w14:textId="5D08116C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16"/>
                <w:szCs w:val="16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16"/>
                <w:szCs w:val="16"/>
                <w:lang w:eastAsia="ja-JP"/>
              </w:rPr>
              <w:t>事業ホームページやSNSなどのURL</w:t>
            </w:r>
          </w:p>
          <w:p w14:paraId="23A4EA82" w14:textId="777777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18"/>
                <w:szCs w:val="18"/>
                <w:lang w:eastAsia="ja-JP"/>
              </w:rPr>
            </w:pPr>
          </w:p>
          <w:p w14:paraId="40C88E30" w14:textId="77777777" w:rsidR="00F77E7E" w:rsidRPr="00F77E7E" w:rsidRDefault="00F77E7E" w:rsidP="00190714">
            <w:pPr>
              <w:rPr>
                <w:rFonts w:ascii="BIZ UDPゴシック" w:eastAsia="BIZ UDPゴシック" w:hAnsi="BIZ UDPゴシック"/>
                <w:sz w:val="18"/>
                <w:szCs w:val="18"/>
                <w:lang w:eastAsia="ja-JP"/>
              </w:rPr>
            </w:pPr>
          </w:p>
        </w:tc>
      </w:tr>
      <w:tr w:rsidR="00284BF4" w:rsidRPr="00284BF4" w14:paraId="7EB1CE57" w14:textId="77777777" w:rsidTr="00FF27C3">
        <w:trPr>
          <w:trHeight w:val="115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CE9FFF9" w14:textId="2A8BB536" w:rsidR="00284BF4" w:rsidRPr="00284BF4" w:rsidRDefault="00FF27C3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zh-TW"/>
              </w:rPr>
              <w:t>事業所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所</w:t>
            </w:r>
            <w:r w:rsidRPr="00DB00BD">
              <w:rPr>
                <w:rFonts w:ascii="BIZ UDPゴシック" w:eastAsia="BIZ UDPゴシック" w:hAnsi="BIZ UDPゴシック" w:hint="eastAsia"/>
                <w:lang w:eastAsia="zh-TW"/>
              </w:rPr>
              <w:t>在地（予定地）</w:t>
            </w:r>
          </w:p>
        </w:tc>
        <w:tc>
          <w:tcPr>
            <w:tcW w:w="8080" w:type="dxa"/>
            <w:gridSpan w:val="7"/>
            <w:tcBorders>
              <w:bottom w:val="dotted" w:sz="4" w:space="0" w:color="auto"/>
            </w:tcBorders>
            <w:vAlign w:val="center"/>
          </w:tcPr>
          <w:p w14:paraId="480DBEFC" w14:textId="4DFF1903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（〒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FF27C3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-　　　</w:t>
            </w:r>
            <w:r w:rsidR="00FF27C3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　）</w:t>
            </w:r>
          </w:p>
          <w:p w14:paraId="5264A6FB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  <w:p w14:paraId="5689C75B" w14:textId="6D515D88" w:rsidR="00284BF4" w:rsidRPr="00284BF4" w:rsidRDefault="00284BF4" w:rsidP="00284BF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</w:tr>
      <w:tr w:rsidR="00284BF4" w:rsidRPr="00284BF4" w14:paraId="4D6D66E3" w14:textId="77777777" w:rsidTr="00F77E7E">
        <w:trPr>
          <w:trHeight w:val="341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0645C91C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代表者</w:t>
            </w:r>
            <w:proofErr w:type="spellEnd"/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3E40E10F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（</w:t>
            </w:r>
            <w:proofErr w:type="spellStart"/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ふりがな</w:t>
            </w:r>
            <w:proofErr w:type="spellEnd"/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）</w:t>
            </w:r>
          </w:p>
        </w:tc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A06C487" w14:textId="626107EA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生年月日・年齢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0AE6534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性別</w:t>
            </w:r>
            <w:proofErr w:type="spellEnd"/>
          </w:p>
        </w:tc>
      </w:tr>
      <w:tr w:rsidR="00284BF4" w:rsidRPr="00284BF4" w14:paraId="36AA547C" w14:textId="77777777" w:rsidTr="00FF27C3">
        <w:trPr>
          <w:trHeight w:val="660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910FAFD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  <w:vAlign w:val="center"/>
          </w:tcPr>
          <w:p w14:paraId="1B79A4AA" w14:textId="77777777" w:rsidR="00284BF4" w:rsidRPr="00284BF4" w:rsidRDefault="00284BF4" w:rsidP="00190714">
            <w:pPr>
              <w:spacing w:beforeLines="50" w:before="120" w:afterLines="50" w:after="120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24AEBED6" w14:textId="544450D3" w:rsidR="00284BF4" w:rsidRPr="00284BF4" w:rsidRDefault="00FF27C3" w:rsidP="00FF27C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　　　　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>年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 xml:space="preserve">　月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 xml:space="preserve">　日（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="00284BF4" w:rsidRPr="00284BF4">
              <w:rPr>
                <w:rFonts w:ascii="BIZ UDPゴシック" w:eastAsia="BIZ UDPゴシック" w:hAnsi="BIZ UDPゴシック" w:hint="eastAsia"/>
                <w:szCs w:val="21"/>
              </w:rPr>
              <w:t xml:space="preserve">　　歳）</w:t>
            </w:r>
          </w:p>
        </w:tc>
        <w:tc>
          <w:tcPr>
            <w:tcW w:w="709" w:type="dxa"/>
            <w:vAlign w:val="center"/>
          </w:tcPr>
          <w:p w14:paraId="5EDBF09B" w14:textId="77777777" w:rsidR="00284BF4" w:rsidRPr="00284BF4" w:rsidRDefault="00284BF4" w:rsidP="00190714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F7FBA" w:rsidRPr="00284BF4" w14:paraId="63A04561" w14:textId="77777777" w:rsidTr="00D045ED">
        <w:trPr>
          <w:trHeight w:val="66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A27FE7C" w14:textId="14B7DB79" w:rsidR="002F7FBA" w:rsidRPr="00284BF4" w:rsidRDefault="002F7FBA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代表者住所</w:t>
            </w:r>
          </w:p>
        </w:tc>
        <w:tc>
          <w:tcPr>
            <w:tcW w:w="8080" w:type="dxa"/>
            <w:gridSpan w:val="7"/>
            <w:tcBorders>
              <w:top w:val="dotted" w:sz="4" w:space="0" w:color="auto"/>
            </w:tcBorders>
            <w:vAlign w:val="center"/>
          </w:tcPr>
          <w:p w14:paraId="540853AB" w14:textId="77777777" w:rsidR="002F7FBA" w:rsidRPr="00284BF4" w:rsidRDefault="002F7FBA" w:rsidP="002F7FBA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（〒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　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-　　　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　）</w:t>
            </w:r>
          </w:p>
          <w:p w14:paraId="1456DE71" w14:textId="77777777" w:rsidR="002F7FBA" w:rsidRPr="002F7FBA" w:rsidRDefault="002F7FBA" w:rsidP="002F7FBA">
            <w:pPr>
              <w:spacing w:line="480" w:lineRule="auto"/>
              <w:jc w:val="both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</w:p>
        </w:tc>
      </w:tr>
      <w:tr w:rsidR="00284BF4" w:rsidRPr="00284BF4" w14:paraId="35C90569" w14:textId="77777777" w:rsidTr="00AA2A40">
        <w:trPr>
          <w:trHeight w:val="614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0C1E683A" w14:textId="77777777" w:rsidR="00113665" w:rsidRDefault="00284BF4" w:rsidP="00113665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  <w:proofErr w:type="spellEnd"/>
          </w:p>
          <w:p w14:paraId="742448DF" w14:textId="1B98A0BD" w:rsidR="00113665" w:rsidRPr="00284BF4" w:rsidRDefault="00113665" w:rsidP="00113665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(どちらか)</w:t>
            </w:r>
          </w:p>
        </w:tc>
        <w:tc>
          <w:tcPr>
            <w:tcW w:w="3544" w:type="dxa"/>
            <w:gridSpan w:val="2"/>
            <w:vAlign w:val="center"/>
          </w:tcPr>
          <w:p w14:paraId="2F0C8C8C" w14:textId="777777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20"/>
                <w:szCs w:val="18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TEL：</w:t>
            </w:r>
          </w:p>
        </w:tc>
        <w:tc>
          <w:tcPr>
            <w:tcW w:w="4536" w:type="dxa"/>
            <w:gridSpan w:val="5"/>
            <w:shd w:val="clear" w:color="auto" w:fill="D9D9D9" w:themeFill="background1" w:themeFillShade="D9"/>
            <w:vAlign w:val="center"/>
          </w:tcPr>
          <w:p w14:paraId="21F7AD88" w14:textId="3032BC97" w:rsidR="00284BF4" w:rsidRPr="00284BF4" w:rsidRDefault="00FF27C3" w:rsidP="00AA2A40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E</w:t>
            </w:r>
            <w:r w:rsidR="00284BF4" w:rsidRPr="00284BF4">
              <w:rPr>
                <w:rFonts w:ascii="BIZ UDPゴシック" w:eastAsia="BIZ UDPゴシック" w:hAnsi="BIZ UDPゴシック"/>
                <w:szCs w:val="21"/>
                <w:lang w:eastAsia="ja-JP"/>
              </w:rPr>
              <w:t>-mail</w:t>
            </w:r>
            <w:r w:rsidR="00AA2A40" w:rsidRPr="00AA2A40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>(</w:t>
            </w:r>
            <w:r w:rsidR="00AA2A40"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結果通知に必要なため、メールア</w:t>
            </w:r>
            <w:r w:rsidR="00AA2A40">
              <w:rPr>
                <w:rFonts w:ascii="BIZ UDPゴシック" w:eastAsia="BIZ UDPゴシック" w:hAnsi="BIZ UDPゴシック" w:hint="eastAsia"/>
                <w:b/>
                <w:bCs/>
                <w:sz w:val="20"/>
                <w:szCs w:val="18"/>
                <w:lang w:eastAsia="ja-JP"/>
              </w:rPr>
              <w:t>ド</w:t>
            </w:r>
            <w:r w:rsidR="00AA2A40"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レスを</w:t>
            </w:r>
            <w:r w:rsidR="00AA2A40">
              <w:rPr>
                <w:rFonts w:ascii="BIZ UDPゴシック" w:eastAsia="BIZ UDPゴシック" w:hAnsi="BIZ UDPゴシック" w:hint="eastAsia"/>
                <w:b/>
                <w:bCs/>
                <w:sz w:val="20"/>
                <w:szCs w:val="18"/>
                <w:lang w:eastAsia="ja-JP"/>
              </w:rPr>
              <w:t>必ず</w:t>
            </w:r>
            <w:r w:rsidR="00AA2A40"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ご記入ください</w:t>
            </w:r>
            <w:r w:rsidR="00AA2A40" w:rsidRPr="00AA2A40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>)</w:t>
            </w:r>
          </w:p>
        </w:tc>
      </w:tr>
      <w:tr w:rsidR="00284BF4" w:rsidRPr="00284BF4" w14:paraId="0462A1C0" w14:textId="77777777" w:rsidTr="00113665">
        <w:trPr>
          <w:trHeight w:val="558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E16029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0330EFE" w14:textId="777777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20"/>
                <w:szCs w:val="18"/>
              </w:rPr>
            </w:pPr>
            <w:proofErr w:type="spellStart"/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携帯</w:t>
            </w:r>
            <w:proofErr w:type="spellEnd"/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：</w:t>
            </w:r>
          </w:p>
        </w:tc>
        <w:tc>
          <w:tcPr>
            <w:tcW w:w="4536" w:type="dxa"/>
            <w:gridSpan w:val="5"/>
            <w:vAlign w:val="center"/>
          </w:tcPr>
          <w:p w14:paraId="5F9F7BF0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F7FBA" w:rsidRPr="00284BF4" w14:paraId="06092EFC" w14:textId="77777777" w:rsidTr="00BA605F">
        <w:trPr>
          <w:trHeight w:val="628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29D0E023" w14:textId="77777777" w:rsidR="002F7FBA" w:rsidRDefault="002F7FBA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共同提案者名</w:t>
            </w:r>
            <w:proofErr w:type="spellEnd"/>
          </w:p>
          <w:p w14:paraId="7291AB3C" w14:textId="77777777" w:rsidR="002F7FBA" w:rsidRDefault="002F7FBA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  <w:p w14:paraId="56E3E404" w14:textId="29AC667E" w:rsidR="002F7FBA" w:rsidRPr="00284BF4" w:rsidRDefault="002F7FBA" w:rsidP="00190714">
            <w:pPr>
              <w:jc w:val="center"/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所属(学校名)</w:t>
            </w:r>
          </w:p>
        </w:tc>
        <w:tc>
          <w:tcPr>
            <w:tcW w:w="2020" w:type="dxa"/>
            <w:vAlign w:val="center"/>
          </w:tcPr>
          <w:p w14:paraId="501F64CF" w14:textId="6DBF64D9" w:rsidR="002F7FBA" w:rsidRPr="00284BF4" w:rsidRDefault="002F7FBA" w:rsidP="00190714">
            <w:pP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5F6B3330" w14:textId="7777777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E97980C" w14:textId="7777777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FAF602A" w14:textId="74B49E0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F7FBA" w:rsidRPr="00284BF4" w14:paraId="3B2EDB5E" w14:textId="77777777" w:rsidTr="00392707">
        <w:trPr>
          <w:trHeight w:val="628"/>
          <w:jc w:val="center"/>
        </w:trPr>
        <w:tc>
          <w:tcPr>
            <w:tcW w:w="1696" w:type="dxa"/>
            <w:vMerge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87398B8" w14:textId="77777777" w:rsidR="002F7FBA" w:rsidRPr="00284BF4" w:rsidRDefault="002F7FBA" w:rsidP="00190714">
            <w:pPr>
              <w:jc w:val="center"/>
              <w:rPr>
                <w:rFonts w:ascii="BIZ UDPゴシック" w:eastAsia="BIZ UDPゴシック" w:hAnsi="BIZ UDPゴシック" w:hint="eastAsia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7B5A7618" w14:textId="7777777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5871623D" w14:textId="7777777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0D2B12E" w14:textId="77777777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35B6A6EE" w14:textId="75D15944" w:rsidR="002F7FBA" w:rsidRPr="00284BF4" w:rsidRDefault="002F7FB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84BF4" w:rsidRPr="00284BF4" w14:paraId="098289AE" w14:textId="77777777" w:rsidTr="00F77E7E">
        <w:trPr>
          <w:trHeight w:val="854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492A62F" w14:textId="602903EC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応募経緯</w:t>
            </w:r>
            <w:r w:rsidR="00FF27C3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　</w:t>
            </w:r>
            <w:r w:rsidRPr="00284BF4">
              <w:rPr>
                <w:rFonts w:ascii="BIZ UDPゴシック" w:eastAsia="BIZ UDPゴシック" w:hAnsi="BIZ UDPゴシック" w:hint="eastAsia"/>
                <w:sz w:val="18"/>
                <w:szCs w:val="18"/>
                <w:lang w:eastAsia="zh-TW"/>
              </w:rPr>
              <w:t>（複数可）</w:t>
            </w:r>
          </w:p>
        </w:tc>
        <w:tc>
          <w:tcPr>
            <w:tcW w:w="8080" w:type="dxa"/>
            <w:gridSpan w:val="7"/>
            <w:vAlign w:val="center"/>
          </w:tcPr>
          <w:p w14:paraId="18FE4D97" w14:textId="233FC340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□紹介者（　　　　　　　　　　　　　　　）　□</w:t>
            </w:r>
            <w:r w:rsidRPr="00284BF4">
              <w:rPr>
                <w:rFonts w:ascii="BIZ UDPゴシック" w:eastAsia="BIZ UDPゴシック" w:hAnsi="BIZ UDPゴシック"/>
                <w:szCs w:val="21"/>
                <w:lang w:eastAsia="ja-JP"/>
              </w:rPr>
              <w:t>WEB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サイト　□SNS</w:t>
            </w:r>
          </w:p>
          <w:p w14:paraId="6EF35EA3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□チラシ・ポスター　　□その他（　　　　　　　　　　　　　　　　）</w:t>
            </w:r>
          </w:p>
        </w:tc>
      </w:tr>
    </w:tbl>
    <w:p w14:paraId="036D977F" w14:textId="77777777" w:rsidR="00243671" w:rsidRDefault="00243671" w:rsidP="004B3B28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3525FC81" w14:textId="41A2D36C" w:rsidR="004B3B28" w:rsidRPr="00DB00BD" w:rsidRDefault="00F77E7E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３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>
        <w:rPr>
          <w:rFonts w:ascii="BIZ UDPゴシック" w:eastAsia="BIZ UDPゴシック" w:hAnsi="BIZ UDPゴシック" w:hint="eastAsia"/>
          <w:lang w:eastAsia="ja-JP"/>
        </w:rPr>
        <w:t xml:space="preserve">代表者　</w:t>
      </w:r>
      <w:r w:rsidR="000D23EF" w:rsidRPr="00DB00BD">
        <w:rPr>
          <w:rFonts w:ascii="BIZ UDPゴシック" w:eastAsia="BIZ UDPゴシック" w:hAnsi="BIZ UDPゴシック" w:hint="eastAsia"/>
          <w:lang w:eastAsia="ja-JP"/>
        </w:rPr>
        <w:t>略歴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788"/>
        <w:gridCol w:w="7954"/>
      </w:tblGrid>
      <w:tr w:rsidR="000D23EF" w:rsidRPr="00DB00BD" w14:paraId="2ECB05E3" w14:textId="77777777" w:rsidTr="002F7FBA">
        <w:tc>
          <w:tcPr>
            <w:tcW w:w="1788" w:type="dxa"/>
            <w:shd w:val="clear" w:color="auto" w:fill="D9D9D9" w:themeFill="background1" w:themeFillShade="D9"/>
          </w:tcPr>
          <w:p w14:paraId="76DCC265" w14:textId="3C51ED54" w:rsidR="000D23EF" w:rsidRPr="00DB00BD" w:rsidRDefault="000D23EF" w:rsidP="000D23EF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年</w:t>
            </w:r>
            <w:r w:rsidR="00804542">
              <w:rPr>
                <w:rFonts w:ascii="BIZ UDPゴシック" w:eastAsia="BIZ UDPゴシック" w:hAnsi="BIZ UDPゴシック" w:hint="eastAsia"/>
                <w:lang w:eastAsia="ja-JP"/>
              </w:rPr>
              <w:t xml:space="preserve">　　</w:t>
            </w: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月</w:t>
            </w:r>
          </w:p>
        </w:tc>
        <w:tc>
          <w:tcPr>
            <w:tcW w:w="7954" w:type="dxa"/>
            <w:shd w:val="clear" w:color="auto" w:fill="D9D9D9" w:themeFill="background1" w:themeFillShade="D9"/>
          </w:tcPr>
          <w:p w14:paraId="0E1AA224" w14:textId="2E0A72E1" w:rsidR="000D23EF" w:rsidRPr="00DB00BD" w:rsidRDefault="000D23EF" w:rsidP="000D23EF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内</w:t>
            </w:r>
            <w:r w:rsidR="00804542">
              <w:rPr>
                <w:rFonts w:ascii="BIZ UDPゴシック" w:eastAsia="BIZ UDPゴシック" w:hAnsi="BIZ UDPゴシック" w:hint="eastAsia"/>
                <w:lang w:eastAsia="ja-JP"/>
              </w:rPr>
              <w:t xml:space="preserve">　</w:t>
            </w: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容</w:t>
            </w:r>
          </w:p>
        </w:tc>
      </w:tr>
      <w:tr w:rsidR="000D23EF" w:rsidRPr="00DB00BD" w14:paraId="3395BCB0" w14:textId="77777777" w:rsidTr="002F7FBA">
        <w:trPr>
          <w:trHeight w:val="567"/>
        </w:trPr>
        <w:tc>
          <w:tcPr>
            <w:tcW w:w="1788" w:type="dxa"/>
          </w:tcPr>
          <w:p w14:paraId="3DADA1E4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954" w:type="dxa"/>
          </w:tcPr>
          <w:p w14:paraId="49288C28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0D23EF" w:rsidRPr="00DB00BD" w14:paraId="5967BFF6" w14:textId="77777777" w:rsidTr="002F7FBA">
        <w:trPr>
          <w:trHeight w:val="567"/>
        </w:trPr>
        <w:tc>
          <w:tcPr>
            <w:tcW w:w="1788" w:type="dxa"/>
          </w:tcPr>
          <w:p w14:paraId="127483D5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954" w:type="dxa"/>
          </w:tcPr>
          <w:p w14:paraId="1AF23854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0D23EF" w:rsidRPr="00DB00BD" w14:paraId="1F5926BF" w14:textId="77777777" w:rsidTr="002F7FBA">
        <w:trPr>
          <w:trHeight w:val="567"/>
        </w:trPr>
        <w:tc>
          <w:tcPr>
            <w:tcW w:w="1788" w:type="dxa"/>
          </w:tcPr>
          <w:p w14:paraId="7C3C2B36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954" w:type="dxa"/>
          </w:tcPr>
          <w:p w14:paraId="2B52B792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2F7FBA" w:rsidRPr="00DB00BD" w14:paraId="75CC6828" w14:textId="77777777" w:rsidTr="002F7FBA">
        <w:trPr>
          <w:trHeight w:val="567"/>
        </w:trPr>
        <w:tc>
          <w:tcPr>
            <w:tcW w:w="1788" w:type="dxa"/>
          </w:tcPr>
          <w:p w14:paraId="51A8E784" w14:textId="77777777" w:rsidR="002F7FBA" w:rsidRPr="00DB00BD" w:rsidRDefault="002F7FBA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954" w:type="dxa"/>
          </w:tcPr>
          <w:p w14:paraId="57C68440" w14:textId="77777777" w:rsidR="002F7FBA" w:rsidRPr="00DB00BD" w:rsidRDefault="002F7FBA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0D23EF" w:rsidRPr="00DB00BD" w14:paraId="7F3EC808" w14:textId="77777777" w:rsidTr="002F7FBA">
        <w:trPr>
          <w:trHeight w:val="567"/>
        </w:trPr>
        <w:tc>
          <w:tcPr>
            <w:tcW w:w="1788" w:type="dxa"/>
          </w:tcPr>
          <w:p w14:paraId="3A302489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954" w:type="dxa"/>
          </w:tcPr>
          <w:p w14:paraId="63F6699E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1ACCD83C" w14:textId="77777777" w:rsidR="000D23EF" w:rsidRDefault="000D23EF" w:rsidP="00EB0AE6">
      <w:pPr>
        <w:spacing w:line="240" w:lineRule="auto"/>
        <w:rPr>
          <w:rFonts w:ascii="BIZ UDPゴシック" w:eastAsia="BIZ UDPゴシック" w:hAnsi="BIZ UDPゴシック"/>
          <w:lang w:eastAsia="ja-JP"/>
        </w:rPr>
      </w:pPr>
    </w:p>
    <w:p w14:paraId="7CE79311" w14:textId="4728A706" w:rsidR="00ED3E19" w:rsidRPr="00DB00BD" w:rsidRDefault="00F77E7E" w:rsidP="00DB00BD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４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ED3E19" w:rsidRPr="00DB00BD">
        <w:rPr>
          <w:rFonts w:ascii="BIZ UDPゴシック" w:eastAsia="BIZ UDPゴシック" w:hAnsi="BIZ UDPゴシック" w:hint="eastAsia"/>
          <w:lang w:eastAsia="ja-JP"/>
        </w:rPr>
        <w:t>プラン概要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904"/>
      </w:tblGrid>
      <w:tr w:rsidR="00340FDB" w:rsidRPr="00DB00BD" w14:paraId="22C7D170" w14:textId="77777777" w:rsidTr="00113665">
        <w:trPr>
          <w:trHeight w:val="803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5C524D9" w14:textId="77777777" w:rsidR="00340FDB" w:rsidRDefault="00340FDB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プラン名称</w:t>
            </w:r>
          </w:p>
          <w:p w14:paraId="2697876B" w14:textId="645E5A4B" w:rsidR="00F77E7E" w:rsidRPr="00DB00BD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(30字以内)</w:t>
            </w:r>
          </w:p>
        </w:tc>
        <w:tc>
          <w:tcPr>
            <w:tcW w:w="7904" w:type="dxa"/>
            <w:vAlign w:val="center"/>
          </w:tcPr>
          <w:p w14:paraId="1E32ED56" w14:textId="77777777" w:rsidR="00340FDB" w:rsidRPr="00DB00BD" w:rsidRDefault="00340FDB" w:rsidP="00F23EBD">
            <w:pPr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340FDB" w:rsidRPr="00DB00BD" w14:paraId="152A76B9" w14:textId="77777777" w:rsidTr="00113665">
        <w:trPr>
          <w:trHeight w:val="1341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983E857" w14:textId="77777777" w:rsidR="00340FDB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プラン</w:t>
            </w:r>
            <w:r w:rsidR="00340FDB" w:rsidRPr="00DB00BD">
              <w:rPr>
                <w:rFonts w:ascii="BIZ UDPゴシック" w:eastAsia="BIZ UDPゴシック" w:hAnsi="BIZ UDPゴシック" w:hint="eastAsia"/>
                <w:lang w:eastAsia="ja-JP"/>
              </w:rPr>
              <w:t>概要</w:t>
            </w:r>
          </w:p>
          <w:p w14:paraId="16C85FF8" w14:textId="1888E426" w:rsidR="00F77E7E" w:rsidRPr="00DB00BD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（２００字以内）</w:t>
            </w:r>
          </w:p>
        </w:tc>
        <w:tc>
          <w:tcPr>
            <w:tcW w:w="7904" w:type="dxa"/>
            <w:vAlign w:val="center"/>
          </w:tcPr>
          <w:p w14:paraId="20165E40" w14:textId="77777777" w:rsidR="00340FDB" w:rsidRPr="00DB00BD" w:rsidRDefault="00340FDB" w:rsidP="00F23EBD">
            <w:pPr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6E73A499" w14:textId="77777777" w:rsidR="00ED3E19" w:rsidRDefault="00ED3E19" w:rsidP="00DB00BD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49BABA37" w14:textId="528412CC" w:rsidR="00ED3E19" w:rsidRPr="00DB00BD" w:rsidRDefault="00F77E7E" w:rsidP="00DB00BD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5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ED3E19" w:rsidRPr="00DB00BD">
        <w:rPr>
          <w:rFonts w:ascii="BIZ UDPゴシック" w:eastAsia="BIZ UDPゴシック" w:hAnsi="BIZ UDPゴシック" w:hint="eastAsia"/>
          <w:lang w:eastAsia="ja-JP"/>
        </w:rPr>
        <w:t>プラン内容</w:t>
      </w:r>
    </w:p>
    <w:tbl>
      <w:tblPr>
        <w:tblStyle w:val="afe"/>
        <w:tblW w:w="4998" w:type="pct"/>
        <w:tblInd w:w="-5" w:type="dxa"/>
        <w:tblLook w:val="04A0" w:firstRow="1" w:lastRow="0" w:firstColumn="1" w:lastColumn="0" w:noHBand="0" w:noVBand="1"/>
      </w:tblPr>
      <w:tblGrid>
        <w:gridCol w:w="9738"/>
      </w:tblGrid>
      <w:tr w:rsidR="0040772F" w:rsidRPr="00DB00BD" w14:paraId="0C3E2194" w14:textId="77777777" w:rsidTr="00804542">
        <w:trPr>
          <w:trHeight w:val="209"/>
        </w:trPr>
        <w:tc>
          <w:tcPr>
            <w:tcW w:w="5000" w:type="pct"/>
            <w:shd w:val="clear" w:color="auto" w:fill="D9D9D9" w:themeFill="background1" w:themeFillShade="D9"/>
          </w:tcPr>
          <w:p w14:paraId="59B83E62" w14:textId="7D3A5B3D" w:rsidR="0040772F" w:rsidRPr="00DB00BD" w:rsidRDefault="009317F8" w:rsidP="000D23EF">
            <w:pPr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動機・</w:t>
            </w:r>
            <w:r w:rsidR="0040772F" w:rsidRPr="00DB00BD">
              <w:rPr>
                <w:rFonts w:ascii="BIZ UDPゴシック" w:eastAsia="BIZ UDPゴシック" w:hAnsi="BIZ UDPゴシック" w:hint="eastAsia"/>
                <w:lang w:eastAsia="ja-JP"/>
              </w:rPr>
              <w:t>着想の背景</w:t>
            </w:r>
          </w:p>
        </w:tc>
      </w:tr>
      <w:tr w:rsidR="00AD30BA" w:rsidRPr="00DB00BD" w14:paraId="35CEC5F6" w14:textId="77777777" w:rsidTr="00675799">
        <w:trPr>
          <w:trHeight w:val="1956"/>
        </w:trPr>
        <w:tc>
          <w:tcPr>
            <w:tcW w:w="5000" w:type="pct"/>
          </w:tcPr>
          <w:p w14:paraId="3ED2BDF9" w14:textId="702B89DE" w:rsidR="00AD30BA" w:rsidRPr="00DB00BD" w:rsidRDefault="00AD30BA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0772F" w:rsidRPr="00DB00BD" w14:paraId="6482F447" w14:textId="77777777" w:rsidTr="00804542">
        <w:trPr>
          <w:trHeight w:val="247"/>
        </w:trPr>
        <w:tc>
          <w:tcPr>
            <w:tcW w:w="5000" w:type="pct"/>
            <w:shd w:val="clear" w:color="auto" w:fill="D9D9D9" w:themeFill="background1" w:themeFillShade="D9"/>
          </w:tcPr>
          <w:p w14:paraId="5FA5538B" w14:textId="4E7BA611" w:rsidR="0040772F" w:rsidRPr="00DB00BD" w:rsidRDefault="008469F4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8469F4">
              <w:rPr>
                <w:rFonts w:ascii="BIZ UDPゴシック" w:eastAsia="BIZ UDPゴシック" w:hAnsi="BIZ UDPゴシック"/>
                <w:lang w:eastAsia="ja-JP"/>
              </w:rPr>
              <w:t>顧客・市場・商品／サービス</w:t>
            </w:r>
          </w:p>
        </w:tc>
      </w:tr>
      <w:tr w:rsidR="00AD30BA" w:rsidRPr="00DB00BD" w14:paraId="63223456" w14:textId="77777777" w:rsidTr="00675799">
        <w:trPr>
          <w:trHeight w:val="1969"/>
        </w:trPr>
        <w:tc>
          <w:tcPr>
            <w:tcW w:w="5000" w:type="pct"/>
          </w:tcPr>
          <w:p w14:paraId="54B5F26D" w14:textId="5154FB9D" w:rsidR="00AD30BA" w:rsidRPr="006E25DB" w:rsidRDefault="00AD30BA">
            <w:pPr>
              <w:rPr>
                <w:rFonts w:ascii="BIZ UDPゴシック" w:eastAsia="BIZ UDPゴシック" w:hAnsi="BIZ UDPゴシック"/>
                <w:b/>
                <w:bCs/>
                <w:lang w:eastAsia="ja-JP"/>
              </w:rPr>
            </w:pPr>
          </w:p>
        </w:tc>
      </w:tr>
      <w:tr w:rsidR="0040772F" w:rsidRPr="00DB00BD" w14:paraId="7897343C" w14:textId="77777777" w:rsidTr="00804542">
        <w:trPr>
          <w:trHeight w:val="276"/>
        </w:trPr>
        <w:tc>
          <w:tcPr>
            <w:tcW w:w="5000" w:type="pct"/>
            <w:shd w:val="clear" w:color="auto" w:fill="D9D9D9" w:themeFill="background1" w:themeFillShade="D9"/>
          </w:tcPr>
          <w:p w14:paraId="6CE7182C" w14:textId="61421B44" w:rsidR="0040772F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675799">
              <w:rPr>
                <w:rFonts w:ascii="BIZ UDPゴシック" w:eastAsia="BIZ UDPゴシック" w:hAnsi="BIZ UDPゴシック"/>
                <w:lang w:eastAsia="ja-JP"/>
              </w:rPr>
              <w:t>社会的意義・地域貢献度</w:t>
            </w:r>
          </w:p>
        </w:tc>
      </w:tr>
      <w:tr w:rsidR="00AD30BA" w:rsidRPr="00DB00BD" w14:paraId="511CA966" w14:textId="77777777" w:rsidTr="00675799">
        <w:trPr>
          <w:trHeight w:val="1816"/>
        </w:trPr>
        <w:tc>
          <w:tcPr>
            <w:tcW w:w="5000" w:type="pct"/>
          </w:tcPr>
          <w:p w14:paraId="2A31BC97" w14:textId="44459A84" w:rsidR="00AD30BA" w:rsidRPr="00DB00BD" w:rsidRDefault="00AD30BA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0772F" w:rsidRPr="00DB00BD" w14:paraId="460AB0C5" w14:textId="77777777" w:rsidTr="00804542">
        <w:trPr>
          <w:trHeight w:val="281"/>
        </w:trPr>
        <w:tc>
          <w:tcPr>
            <w:tcW w:w="5000" w:type="pct"/>
            <w:shd w:val="clear" w:color="auto" w:fill="D9D9D9" w:themeFill="background1" w:themeFillShade="D9"/>
          </w:tcPr>
          <w:p w14:paraId="6805EAB9" w14:textId="05E8B4AB" w:rsidR="0040772F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675799">
              <w:rPr>
                <w:rFonts w:ascii="BIZ UDPゴシック" w:eastAsia="BIZ UDPゴシック" w:hAnsi="BIZ UDPゴシック"/>
                <w:lang w:eastAsia="ja-JP"/>
              </w:rPr>
              <w:t>実現・事業化に向けた計画</w:t>
            </w:r>
          </w:p>
        </w:tc>
      </w:tr>
      <w:tr w:rsidR="00AD30BA" w:rsidRPr="00DB00BD" w14:paraId="7A1FADCB" w14:textId="77777777" w:rsidTr="00675799">
        <w:trPr>
          <w:trHeight w:val="2111"/>
        </w:trPr>
        <w:tc>
          <w:tcPr>
            <w:tcW w:w="5000" w:type="pct"/>
          </w:tcPr>
          <w:p w14:paraId="0F603D63" w14:textId="4692E9F1" w:rsidR="00675799" w:rsidRPr="00675799" w:rsidRDefault="00675799" w:rsidP="00675799">
            <w:pPr>
              <w:tabs>
                <w:tab w:val="left" w:pos="930"/>
              </w:tabs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/>
                <w:lang w:eastAsia="ja-JP"/>
              </w:rPr>
              <w:tab/>
            </w:r>
          </w:p>
        </w:tc>
      </w:tr>
    </w:tbl>
    <w:p w14:paraId="548FB3B9" w14:textId="5E49570D" w:rsidR="000D23EF" w:rsidRDefault="00F77E7E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lastRenderedPageBreak/>
        <w:t>6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0D23EF" w:rsidRPr="00DB00BD">
        <w:rPr>
          <w:rFonts w:ascii="BIZ UDPゴシック" w:eastAsia="BIZ UDPゴシック" w:hAnsi="BIZ UDPゴシック" w:hint="eastAsia"/>
          <w:lang w:eastAsia="ja-JP"/>
        </w:rPr>
        <w:t>収支計画</w:t>
      </w:r>
    </w:p>
    <w:p w14:paraId="22979C46" w14:textId="7F16A723" w:rsidR="00E712C2" w:rsidRPr="00DB00BD" w:rsidRDefault="00E712C2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※アイデア部門応募者で収支計画を立てていない場合は、記載不要です。</w:t>
      </w:r>
    </w:p>
    <w:tbl>
      <w:tblPr>
        <w:tblStyle w:val="18"/>
        <w:tblpPr w:leftFromText="142" w:rightFromText="142" w:vertAnchor="text" w:horzAnchor="margin" w:tblpXSpec="center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2614"/>
        <w:gridCol w:w="2324"/>
        <w:gridCol w:w="2324"/>
        <w:gridCol w:w="2480"/>
      </w:tblGrid>
      <w:tr w:rsidR="00357B4C" w:rsidRPr="00DB00BD" w14:paraId="6287C066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</w:tcPr>
          <w:p w14:paraId="33E69CEB" w14:textId="77777777" w:rsidR="00357B4C" w:rsidRPr="00E712C2" w:rsidRDefault="00357B4C" w:rsidP="00357B4C">
            <w:pPr>
              <w:pStyle w:val="ae"/>
              <w:ind w:left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311EA0AA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1年目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7F06638F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2年目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332661EE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3年目</w:t>
            </w:r>
          </w:p>
        </w:tc>
      </w:tr>
      <w:tr w:rsidR="00357B4C" w:rsidRPr="00DB00BD" w14:paraId="51895269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CECFA33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売上高</w:t>
            </w:r>
          </w:p>
        </w:tc>
        <w:tc>
          <w:tcPr>
            <w:tcW w:w="2392" w:type="dxa"/>
            <w:vAlign w:val="center"/>
          </w:tcPr>
          <w:p w14:paraId="7A4734A4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vAlign w:val="center"/>
          </w:tcPr>
          <w:p w14:paraId="18BB67AC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54" w:type="dxa"/>
            <w:vAlign w:val="center"/>
          </w:tcPr>
          <w:p w14:paraId="68850122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357B4C" w:rsidRPr="00DB00BD" w14:paraId="1D1D7E59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C2B76EA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売上原価</w:t>
            </w:r>
          </w:p>
        </w:tc>
        <w:tc>
          <w:tcPr>
            <w:tcW w:w="2392" w:type="dxa"/>
            <w:vAlign w:val="center"/>
          </w:tcPr>
          <w:p w14:paraId="4A7DB0A5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vAlign w:val="center"/>
          </w:tcPr>
          <w:p w14:paraId="52EE8846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54" w:type="dxa"/>
            <w:vAlign w:val="center"/>
          </w:tcPr>
          <w:p w14:paraId="23EED992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357B4C" w:rsidRPr="00DB00BD" w14:paraId="45DDFBF1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F84DAAD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売上総利益</w:t>
            </w:r>
          </w:p>
        </w:tc>
        <w:tc>
          <w:tcPr>
            <w:tcW w:w="2392" w:type="dxa"/>
            <w:vAlign w:val="center"/>
          </w:tcPr>
          <w:p w14:paraId="76C5D71E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vAlign w:val="center"/>
          </w:tcPr>
          <w:p w14:paraId="1EDA838D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54" w:type="dxa"/>
            <w:vAlign w:val="center"/>
          </w:tcPr>
          <w:p w14:paraId="3FF57032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357B4C" w:rsidRPr="00DB00BD" w14:paraId="432805FE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01714DB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販売管理費</w:t>
            </w:r>
          </w:p>
        </w:tc>
        <w:tc>
          <w:tcPr>
            <w:tcW w:w="2392" w:type="dxa"/>
            <w:vAlign w:val="center"/>
          </w:tcPr>
          <w:p w14:paraId="4087FA43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vAlign w:val="center"/>
          </w:tcPr>
          <w:p w14:paraId="3B98BAFA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54" w:type="dxa"/>
            <w:vAlign w:val="center"/>
          </w:tcPr>
          <w:p w14:paraId="6D49CC1A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357B4C" w:rsidRPr="00DB00BD" w14:paraId="1D3B63A1" w14:textId="77777777" w:rsidTr="00EB0AE6">
        <w:trPr>
          <w:trHeight w:val="546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17AC78C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営業利益</w:t>
            </w:r>
          </w:p>
        </w:tc>
        <w:tc>
          <w:tcPr>
            <w:tcW w:w="2392" w:type="dxa"/>
            <w:vAlign w:val="center"/>
          </w:tcPr>
          <w:p w14:paraId="0E4643BE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vAlign w:val="center"/>
          </w:tcPr>
          <w:p w14:paraId="38A1897F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54" w:type="dxa"/>
            <w:vAlign w:val="center"/>
          </w:tcPr>
          <w:p w14:paraId="28248CD4" w14:textId="77777777" w:rsidR="00357B4C" w:rsidRPr="00DB00BD" w:rsidRDefault="00357B4C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</w:rPr>
            </w:pPr>
          </w:p>
        </w:tc>
      </w:tr>
    </w:tbl>
    <w:p w14:paraId="2DEFCCBE" w14:textId="48E44BAD" w:rsidR="00AD30BA" w:rsidRPr="00DB00BD" w:rsidRDefault="00DB00BD" w:rsidP="00DB00BD">
      <w:pPr>
        <w:jc w:val="right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（単位：千円）</w:t>
      </w:r>
    </w:p>
    <w:tbl>
      <w:tblPr>
        <w:tblpPr w:leftFromText="142" w:rightFromText="142" w:vertAnchor="page" w:horzAnchor="margin" w:tblpY="5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9221"/>
      </w:tblGrid>
      <w:tr w:rsidR="000D23EF" w:rsidRPr="00DB00BD" w14:paraId="277348CC" w14:textId="77777777" w:rsidTr="00804542">
        <w:trPr>
          <w:trHeight w:val="378"/>
        </w:trPr>
        <w:tc>
          <w:tcPr>
            <w:tcW w:w="10057" w:type="dxa"/>
            <w:gridSpan w:val="2"/>
            <w:shd w:val="clear" w:color="auto" w:fill="D9D9D9" w:themeFill="background1" w:themeFillShade="D9"/>
            <w:vAlign w:val="center"/>
          </w:tcPr>
          <w:p w14:paraId="1368683B" w14:textId="1BD7D77E" w:rsidR="000D23EF" w:rsidRPr="00DB00BD" w:rsidRDefault="000D23EF" w:rsidP="000D23EF">
            <w:pPr>
              <w:spacing w:after="0"/>
              <w:jc w:val="center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売上高、売上原価、</w:t>
            </w:r>
            <w:r w:rsid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販管費</w:t>
            </w: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等の積算内訳</w:t>
            </w:r>
          </w:p>
        </w:tc>
      </w:tr>
      <w:tr w:rsidR="000D23EF" w:rsidRPr="00DB00BD" w14:paraId="390096C7" w14:textId="77777777" w:rsidTr="009A5367">
        <w:trPr>
          <w:trHeight w:hRule="exact" w:val="2733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0CBC77C7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１年目</w:t>
            </w:r>
          </w:p>
        </w:tc>
        <w:tc>
          <w:tcPr>
            <w:tcW w:w="9532" w:type="dxa"/>
          </w:tcPr>
          <w:p w14:paraId="354BD394" w14:textId="77777777" w:rsidR="000D23EF" w:rsidRPr="00DB00BD" w:rsidRDefault="000D23EF" w:rsidP="000D23EF">
            <w:pPr>
              <w:spacing w:after="0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</w:p>
        </w:tc>
      </w:tr>
      <w:tr w:rsidR="000D23EF" w:rsidRPr="00DB00BD" w14:paraId="108F1C27" w14:textId="77777777" w:rsidTr="009A5367">
        <w:trPr>
          <w:trHeight w:val="3106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66A52B1B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</w:rPr>
              <w:t>２年目</w:t>
            </w:r>
          </w:p>
        </w:tc>
        <w:tc>
          <w:tcPr>
            <w:tcW w:w="9532" w:type="dxa"/>
          </w:tcPr>
          <w:p w14:paraId="69738A57" w14:textId="77777777" w:rsidR="000D23EF" w:rsidRPr="00DB00BD" w:rsidRDefault="000D23EF" w:rsidP="000D23EF">
            <w:pPr>
              <w:spacing w:after="0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</w:p>
        </w:tc>
      </w:tr>
      <w:tr w:rsidR="000D23EF" w:rsidRPr="00DB00BD" w14:paraId="21825444" w14:textId="77777777" w:rsidTr="009A5367">
        <w:trPr>
          <w:trHeight w:val="2966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5D37B0E6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</w:rPr>
              <w:t>３年目</w:t>
            </w:r>
          </w:p>
        </w:tc>
        <w:tc>
          <w:tcPr>
            <w:tcW w:w="9532" w:type="dxa"/>
          </w:tcPr>
          <w:p w14:paraId="3C8A5241" w14:textId="77777777" w:rsidR="000D23EF" w:rsidRPr="00DB00BD" w:rsidRDefault="000D23EF" w:rsidP="000D23EF">
            <w:pPr>
              <w:spacing w:after="0" w:line="240" w:lineRule="auto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</w:p>
        </w:tc>
      </w:tr>
    </w:tbl>
    <w:p w14:paraId="0E69886E" w14:textId="77777777" w:rsidR="00EB0AE6" w:rsidRDefault="00EB0AE6" w:rsidP="001C6E0F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7A37E967" w14:textId="77777777" w:rsidR="00EB0AE6" w:rsidRDefault="00EB0AE6" w:rsidP="001C6E0F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484998D7" w14:textId="6D294706" w:rsidR="001C6E0F" w:rsidRDefault="00F77E7E" w:rsidP="001C6E0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lastRenderedPageBreak/>
        <w:t>7</w:t>
      </w:r>
      <w:r w:rsidR="001C6E0F">
        <w:rPr>
          <w:rFonts w:ascii="BIZ UDPゴシック" w:eastAsia="BIZ UDPゴシック" w:hAnsi="BIZ UDPゴシック" w:hint="eastAsia"/>
          <w:lang w:eastAsia="ja-JP"/>
        </w:rPr>
        <w:t>．</w:t>
      </w:r>
      <w:r w:rsidR="001C6E0F" w:rsidRPr="00DB00BD">
        <w:rPr>
          <w:rFonts w:ascii="BIZ UDPゴシック" w:eastAsia="BIZ UDPゴシック" w:hAnsi="BIZ UDPゴシック" w:hint="eastAsia"/>
          <w:lang w:eastAsia="ja-JP"/>
        </w:rPr>
        <w:t>資金調達計画</w:t>
      </w:r>
    </w:p>
    <w:p w14:paraId="411B8DEA" w14:textId="49F6E5A4" w:rsidR="00E712C2" w:rsidRDefault="00E712C2" w:rsidP="001C6E0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※アイデア部門応募者で資金調達計画を立てていない場合は、記載不要です。</w:t>
      </w:r>
    </w:p>
    <w:p w14:paraId="0C54AEBC" w14:textId="535821E6" w:rsidR="00DB00BD" w:rsidRPr="00DB00BD" w:rsidRDefault="00DB00BD" w:rsidP="00DB00BD">
      <w:pPr>
        <w:spacing w:after="0"/>
        <w:jc w:val="right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（単位：千円）</w:t>
      </w:r>
    </w:p>
    <w:tbl>
      <w:tblPr>
        <w:tblW w:w="994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8"/>
        <w:gridCol w:w="2410"/>
        <w:gridCol w:w="2442"/>
        <w:gridCol w:w="2094"/>
        <w:gridCol w:w="2442"/>
      </w:tblGrid>
      <w:tr w:rsidR="00EE39F6" w:rsidRPr="00DB00BD" w14:paraId="3C7EC4C3" w14:textId="77777777" w:rsidTr="00AD30BA">
        <w:trPr>
          <w:trHeight w:val="460"/>
          <w:jc w:val="center"/>
        </w:trPr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DC0545A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必要な資金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710C49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金額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F135A5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調達方法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DF8CE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金額</w:t>
            </w:r>
          </w:p>
        </w:tc>
      </w:tr>
      <w:tr w:rsidR="00EE39F6" w:rsidRPr="00DB00BD" w14:paraId="5F8047D2" w14:textId="77777777" w:rsidTr="00F23EBD">
        <w:trPr>
          <w:trHeight w:val="314"/>
          <w:jc w:val="center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664F4315" w14:textId="77777777" w:rsidR="00EE39F6" w:rsidRPr="00DB00BD" w:rsidRDefault="00EE39F6" w:rsidP="00950756">
            <w:pPr>
              <w:spacing w:after="0" w:line="240" w:lineRule="auto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設備資金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5918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DFA6BE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0C8345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自己資金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FA094" w14:textId="77777777" w:rsidR="00EE39F6" w:rsidRPr="00DB00BD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E39F6" w:rsidRPr="00DB00BD" w14:paraId="6B957735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03F72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ED16E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D53AB5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A121D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CDBB5" w14:textId="77777777" w:rsidR="00EE39F6" w:rsidRPr="00DB00BD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E39F6" w:rsidRPr="00DB00BD" w14:paraId="6F39836A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0B1EE4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D0DBC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F4B744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7A0F8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D749DD" w14:textId="77777777" w:rsidR="00EE39F6" w:rsidRPr="00DB00BD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E39F6" w:rsidRPr="00DB00BD" w14:paraId="19359463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737B70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329F7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DBE00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D499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FC16" w14:textId="77777777" w:rsidR="00EE39F6" w:rsidRPr="00DB00BD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E39F6" w:rsidRPr="00DB00BD" w14:paraId="134E93DE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8A6861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1B3B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87B40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2D37C3" w14:textId="5A35E0D3" w:rsidR="00EE39F6" w:rsidRPr="00DB00BD" w:rsidRDefault="0095075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借入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076F89" w14:textId="77777777" w:rsidR="00EE39F6" w:rsidRPr="00DB00BD" w:rsidRDefault="00EE39F6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E39F6" w:rsidRPr="00DB00BD" w14:paraId="4535A06A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95B4E3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1919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548323" w14:textId="77777777" w:rsidR="00EE39F6" w:rsidRPr="00DB00BD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37B240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021D95" w14:textId="77777777" w:rsidR="00EE39F6" w:rsidRPr="00DB00BD" w:rsidRDefault="00EE39F6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0D6065E6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57E0B2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CC82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9416A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3D1A" w14:textId="46ED988A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77FA" w14:textId="733F98D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1B0C3468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31E53F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480AD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917B6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F50B2" w14:textId="740E416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その他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F2646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3B4DF989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433F9D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C4EF7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E26E8" w14:textId="074D01FD" w:rsidR="008236FD" w:rsidRPr="00DB00BD" w:rsidRDefault="008236FD" w:rsidP="00F23EBD">
            <w:pPr>
              <w:spacing w:after="0" w:line="240" w:lineRule="auto"/>
              <w:ind w:rightChars="84" w:right="185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476F92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835B30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32320ED6" w14:textId="77777777" w:rsidTr="00F23EBD">
        <w:trPr>
          <w:trHeight w:val="70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6ABFFB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3D766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合計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B4E60" w14:textId="5E33D8F4" w:rsidR="008236FD" w:rsidRPr="00DB00BD" w:rsidRDefault="008236FD" w:rsidP="00F23EBD">
            <w:pPr>
              <w:spacing w:after="0" w:line="240" w:lineRule="auto"/>
              <w:ind w:right="207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AAF6A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445AF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2EA75640" w14:textId="77777777" w:rsidTr="00F23EBD">
        <w:trPr>
          <w:trHeight w:val="314"/>
          <w:jc w:val="center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456FED6D" w14:textId="77777777" w:rsidR="008236FD" w:rsidRPr="00DB00BD" w:rsidRDefault="008236FD" w:rsidP="008236FD">
            <w:pPr>
              <w:spacing w:after="0" w:line="240" w:lineRule="auto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運転資金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4596" w14:textId="4660B6AE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E8746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3864F8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088A1D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77FEA7D7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30AFA3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ECFA4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008EBB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709910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5B05EA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04479D38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79C808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CE84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2EA8A5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08A42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9FD8A8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2D8D48C3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672E4E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852AE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38D014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935447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D90477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049930B8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2D1A50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2EC0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964BA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9F97B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4C9266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048DB45E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EEB846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F618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30FE69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9D008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70C3F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742730AA" w14:textId="77777777" w:rsidTr="00F23EBD">
        <w:trPr>
          <w:trHeight w:val="314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4D27B4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0F03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C1D224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75FB5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820C86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3461060D" w14:textId="77777777" w:rsidTr="00F23EBD">
        <w:trPr>
          <w:trHeight w:val="387"/>
          <w:jc w:val="center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82EE9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88C1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合計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3621E" w14:textId="77777777" w:rsidR="008236FD" w:rsidRPr="00DB00BD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07D3DE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F85851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236FD" w:rsidRPr="00DB00BD" w14:paraId="5F0E5E7C" w14:textId="77777777" w:rsidTr="00F23EBD">
        <w:trPr>
          <w:trHeight w:val="445"/>
          <w:jc w:val="center"/>
        </w:trPr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31E66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総合計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0FAC6" w14:textId="77777777" w:rsidR="008236FD" w:rsidRPr="00DB00BD" w:rsidRDefault="008236FD" w:rsidP="00F23EBD">
            <w:pPr>
              <w:spacing w:after="0" w:line="240" w:lineRule="auto"/>
              <w:ind w:rightChars="158" w:right="348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1535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総合計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8000" w14:textId="77777777" w:rsidR="008236FD" w:rsidRPr="00DB00BD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</w:tbl>
    <w:p w14:paraId="0152CCCC" w14:textId="2580B5BF" w:rsidR="00DB00BD" w:rsidRDefault="00DB00BD" w:rsidP="00DB00BD">
      <w:pPr>
        <w:rPr>
          <w:rFonts w:ascii="BIZ UDPゴシック" w:eastAsia="BIZ UDPゴシック" w:hAnsi="BIZ UDPゴシック"/>
          <w:lang w:eastAsia="ja-JP"/>
        </w:rPr>
      </w:pPr>
    </w:p>
    <w:p w14:paraId="54BCA781" w14:textId="0E2F4510" w:rsidR="001C6E0F" w:rsidRDefault="009A5367" w:rsidP="001C6E0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8</w:t>
      </w:r>
      <w:r w:rsidR="001C6E0F">
        <w:rPr>
          <w:rFonts w:ascii="BIZ UDPゴシック" w:eastAsia="BIZ UDPゴシック" w:hAnsi="BIZ UDPゴシック" w:hint="eastAsia"/>
          <w:lang w:eastAsia="ja-JP"/>
        </w:rPr>
        <w:t>．事業</w:t>
      </w:r>
      <w:r w:rsidR="00A45C89">
        <w:rPr>
          <w:rFonts w:ascii="BIZ UDPゴシック" w:eastAsia="BIZ UDPゴシック" w:hAnsi="BIZ UDPゴシック" w:hint="eastAsia"/>
          <w:lang w:eastAsia="ja-JP"/>
        </w:rPr>
        <w:t>化・事業展開スケジュール</w:t>
      </w:r>
    </w:p>
    <w:tbl>
      <w:tblPr>
        <w:tblStyle w:val="afe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1C6E0F" w14:paraId="7C7479B8" w14:textId="77777777" w:rsidTr="009A5367">
        <w:trPr>
          <w:trHeight w:val="4777"/>
        </w:trPr>
        <w:tc>
          <w:tcPr>
            <w:tcW w:w="9781" w:type="dxa"/>
          </w:tcPr>
          <w:p w14:paraId="7B72C174" w14:textId="3D4583AF" w:rsidR="001C6E0F" w:rsidRDefault="001C6E0F" w:rsidP="00DB00BD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5EFE3E9F" w14:textId="77777777" w:rsidR="001C6E0F" w:rsidRDefault="001C6E0F" w:rsidP="00804542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7089DB7F" w14:textId="54C4E6C9" w:rsidR="00E712C2" w:rsidRPr="00113665" w:rsidRDefault="00E712C2" w:rsidP="001C6E0F">
      <w:pPr>
        <w:spacing w:after="0"/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</w:pPr>
      <w:r w:rsidRPr="00113665">
        <w:rPr>
          <w:rFonts w:ascii="BIZ UDPゴシック" w:eastAsia="BIZ UDPゴシック" w:hAnsi="BIZ UDPゴシック" w:hint="eastAsia"/>
          <w:color w:val="EE0000"/>
          <w:sz w:val="24"/>
          <w:szCs w:val="24"/>
          <w:lang w:eastAsia="ja-JP"/>
        </w:rPr>
        <w:t>※</w:t>
      </w:r>
      <w:r w:rsidR="00EB0AE6" w:rsidRPr="00EB0AE6"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  <w:t>各項目の入力欄は、必要に応じて行数や高さを変更してご記入いただいて構いません。</w:t>
      </w:r>
    </w:p>
    <w:p w14:paraId="3CAEF2A3" w14:textId="5FE4F00E" w:rsidR="00E712C2" w:rsidRPr="00113665" w:rsidRDefault="00E712C2" w:rsidP="001C6E0F">
      <w:pPr>
        <w:spacing w:after="0"/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</w:pPr>
      <w:r w:rsidRPr="00113665">
        <w:rPr>
          <w:rFonts w:ascii="BIZ UDPゴシック" w:eastAsia="BIZ UDPゴシック" w:hAnsi="BIZ UDPゴシック" w:hint="eastAsia"/>
          <w:color w:val="EE0000"/>
          <w:sz w:val="24"/>
          <w:szCs w:val="24"/>
          <w:lang w:eastAsia="ja-JP"/>
        </w:rPr>
        <w:t>※</w:t>
      </w:r>
      <w:r w:rsidRPr="00113665"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  <w:t>補足資料がある場合は別途添付してください</w:t>
      </w:r>
      <w:r w:rsidR="00113665" w:rsidRPr="00113665">
        <w:rPr>
          <w:rFonts w:ascii="BIZ UDPゴシック" w:eastAsia="BIZ UDPゴシック" w:hAnsi="BIZ UDPゴシック" w:hint="eastAsia"/>
          <w:color w:val="EE0000"/>
          <w:sz w:val="24"/>
          <w:szCs w:val="24"/>
          <w:lang w:eastAsia="ja-JP"/>
        </w:rPr>
        <w:t>。（応募用紙と</w:t>
      </w:r>
      <w:r w:rsidR="00113665">
        <w:rPr>
          <w:rFonts w:ascii="BIZ UDPゴシック" w:eastAsia="BIZ UDPゴシック" w:hAnsi="BIZ UDPゴシック" w:hint="eastAsia"/>
          <w:color w:val="EE0000"/>
          <w:sz w:val="24"/>
          <w:szCs w:val="24"/>
          <w:lang w:eastAsia="ja-JP"/>
        </w:rPr>
        <w:t>合算して</w:t>
      </w:r>
      <w:r w:rsidR="00113665" w:rsidRPr="00113665">
        <w:rPr>
          <w:rFonts w:ascii="BIZ UDPゴシック" w:eastAsia="BIZ UDPゴシック" w:hAnsi="BIZ UDPゴシック" w:hint="eastAsia"/>
          <w:color w:val="EE0000"/>
          <w:sz w:val="24"/>
          <w:szCs w:val="24"/>
          <w:lang w:eastAsia="ja-JP"/>
        </w:rPr>
        <w:t>A4サイズ８枚まで可）</w:t>
      </w:r>
    </w:p>
    <w:sectPr w:rsidR="00E712C2" w:rsidRPr="00113665" w:rsidSect="00443730">
      <w:footerReference w:type="default" r:id="rId7"/>
      <w:pgSz w:w="11906" w:h="16838" w:code="9"/>
      <w:pgMar w:top="1021" w:right="1077" w:bottom="102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BDC2C" w14:textId="77777777" w:rsidR="003C7F9C" w:rsidRDefault="003C7F9C" w:rsidP="00357B4C">
      <w:pPr>
        <w:spacing w:after="0" w:line="240" w:lineRule="auto"/>
      </w:pPr>
      <w:r>
        <w:separator/>
      </w:r>
    </w:p>
  </w:endnote>
  <w:endnote w:type="continuationSeparator" w:id="0">
    <w:p w14:paraId="72543F87" w14:textId="77777777" w:rsidR="003C7F9C" w:rsidRDefault="003C7F9C" w:rsidP="0035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887634"/>
      <w:docPartObj>
        <w:docPartGallery w:val="Page Numbers (Bottom of Page)"/>
        <w:docPartUnique/>
      </w:docPartObj>
    </w:sdtPr>
    <w:sdtEndPr/>
    <w:sdtContent>
      <w:p w14:paraId="711E763F" w14:textId="6D647461" w:rsidR="00E712C2" w:rsidRDefault="00E712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743F331C" w14:textId="77777777" w:rsidR="00E712C2" w:rsidRDefault="00E712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C062" w14:textId="77777777" w:rsidR="003C7F9C" w:rsidRDefault="003C7F9C" w:rsidP="00357B4C">
      <w:pPr>
        <w:spacing w:after="0" w:line="240" w:lineRule="auto"/>
      </w:pPr>
      <w:r>
        <w:separator/>
      </w:r>
    </w:p>
  </w:footnote>
  <w:footnote w:type="continuationSeparator" w:id="0">
    <w:p w14:paraId="1AB2AB58" w14:textId="77777777" w:rsidR="003C7F9C" w:rsidRDefault="003C7F9C" w:rsidP="0035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16700">
    <w:abstractNumId w:val="8"/>
  </w:num>
  <w:num w:numId="2" w16cid:durableId="309945886">
    <w:abstractNumId w:val="6"/>
  </w:num>
  <w:num w:numId="3" w16cid:durableId="739789222">
    <w:abstractNumId w:val="5"/>
  </w:num>
  <w:num w:numId="4" w16cid:durableId="455759917">
    <w:abstractNumId w:val="4"/>
  </w:num>
  <w:num w:numId="5" w16cid:durableId="109013048">
    <w:abstractNumId w:val="7"/>
  </w:num>
  <w:num w:numId="6" w16cid:durableId="1951279326">
    <w:abstractNumId w:val="3"/>
  </w:num>
  <w:num w:numId="7" w16cid:durableId="981692492">
    <w:abstractNumId w:val="2"/>
  </w:num>
  <w:num w:numId="8" w16cid:durableId="894701203">
    <w:abstractNumId w:val="1"/>
  </w:num>
  <w:num w:numId="9" w16cid:durableId="175331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88C"/>
    <w:rsid w:val="00034616"/>
    <w:rsid w:val="0006027A"/>
    <w:rsid w:val="0006063C"/>
    <w:rsid w:val="00086029"/>
    <w:rsid w:val="000B7B83"/>
    <w:rsid w:val="000D23EF"/>
    <w:rsid w:val="000E7527"/>
    <w:rsid w:val="00104A8D"/>
    <w:rsid w:val="00113665"/>
    <w:rsid w:val="0015074B"/>
    <w:rsid w:val="001C6E0F"/>
    <w:rsid w:val="00202258"/>
    <w:rsid w:val="00243671"/>
    <w:rsid w:val="00284BF4"/>
    <w:rsid w:val="0029639D"/>
    <w:rsid w:val="002F7FBA"/>
    <w:rsid w:val="00326F90"/>
    <w:rsid w:val="00340FDB"/>
    <w:rsid w:val="00357B4C"/>
    <w:rsid w:val="003B200C"/>
    <w:rsid w:val="003C7F9C"/>
    <w:rsid w:val="0040772F"/>
    <w:rsid w:val="00424601"/>
    <w:rsid w:val="004332A0"/>
    <w:rsid w:val="00443730"/>
    <w:rsid w:val="00450FB4"/>
    <w:rsid w:val="004877ED"/>
    <w:rsid w:val="00496FD3"/>
    <w:rsid w:val="004A1F26"/>
    <w:rsid w:val="004B3B28"/>
    <w:rsid w:val="00553883"/>
    <w:rsid w:val="0057330D"/>
    <w:rsid w:val="00595CFA"/>
    <w:rsid w:val="005D7B22"/>
    <w:rsid w:val="005F5529"/>
    <w:rsid w:val="00675799"/>
    <w:rsid w:val="006D61D9"/>
    <w:rsid w:val="006D6877"/>
    <w:rsid w:val="006E25DB"/>
    <w:rsid w:val="007126D9"/>
    <w:rsid w:val="007E5BA5"/>
    <w:rsid w:val="00804542"/>
    <w:rsid w:val="008236FD"/>
    <w:rsid w:val="008469F4"/>
    <w:rsid w:val="00867B56"/>
    <w:rsid w:val="008817CA"/>
    <w:rsid w:val="009103A5"/>
    <w:rsid w:val="009317F8"/>
    <w:rsid w:val="00950756"/>
    <w:rsid w:val="009A5367"/>
    <w:rsid w:val="009A5F36"/>
    <w:rsid w:val="00A34259"/>
    <w:rsid w:val="00A45C89"/>
    <w:rsid w:val="00AA03BE"/>
    <w:rsid w:val="00AA1D8D"/>
    <w:rsid w:val="00AA2A40"/>
    <w:rsid w:val="00AD30BA"/>
    <w:rsid w:val="00B47730"/>
    <w:rsid w:val="00BA3D58"/>
    <w:rsid w:val="00BE2B48"/>
    <w:rsid w:val="00C45BDF"/>
    <w:rsid w:val="00CA39F4"/>
    <w:rsid w:val="00CB0664"/>
    <w:rsid w:val="00DA3162"/>
    <w:rsid w:val="00DB00BD"/>
    <w:rsid w:val="00DB5DCB"/>
    <w:rsid w:val="00E61B24"/>
    <w:rsid w:val="00E712C2"/>
    <w:rsid w:val="00EB0AE6"/>
    <w:rsid w:val="00ED3E19"/>
    <w:rsid w:val="00EE39F6"/>
    <w:rsid w:val="00EE42A4"/>
    <w:rsid w:val="00F23EBD"/>
    <w:rsid w:val="00F77E7E"/>
    <w:rsid w:val="00FC693F"/>
    <w:rsid w:val="00FF27C3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1CB26"/>
  <w14:defaultImageDpi w14:val="330"/>
  <w15:docId w15:val="{55AAF537-D48C-46B4-8240-529AD8B8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BA3D58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2"/>
    <w:uiPriority w:val="99"/>
    <w:semiHidden/>
    <w:unhideWhenUsed/>
    <w:rsid w:val="004877ED"/>
    <w:rPr>
      <w:sz w:val="18"/>
      <w:szCs w:val="18"/>
    </w:rPr>
  </w:style>
  <w:style w:type="paragraph" w:styleId="aff0">
    <w:name w:val="annotation text"/>
    <w:basedOn w:val="a1"/>
    <w:link w:val="aff1"/>
    <w:uiPriority w:val="99"/>
    <w:unhideWhenUsed/>
    <w:rsid w:val="004877ED"/>
  </w:style>
  <w:style w:type="character" w:customStyle="1" w:styleId="aff1">
    <w:name w:val="コメント文字列 (文字)"/>
    <w:basedOn w:val="a2"/>
    <w:link w:val="aff0"/>
    <w:uiPriority w:val="99"/>
    <w:rsid w:val="004877ED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4877ED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4877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由基</dc:creator>
  <cp:lastModifiedBy>佐藤 由基</cp:lastModifiedBy>
  <cp:revision>6</cp:revision>
  <cp:lastPrinted>2026-09-08T05:45:00Z</cp:lastPrinted>
  <dcterms:created xsi:type="dcterms:W3CDTF">2026-09-08T05:48:00Z</dcterms:created>
  <dcterms:modified xsi:type="dcterms:W3CDTF">2026-09-11T03:52:00Z</dcterms:modified>
</cp:coreProperties>
</file>